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BE092" w14:textId="77777777" w:rsidR="00811695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68112C25" wp14:editId="75D77775">
            <wp:extent cx="1440000" cy="144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312A4" w14:textId="77777777" w:rsidR="00811695" w:rsidRDefault="00000000">
      <w:pPr>
        <w:spacing w:after="360"/>
        <w:jc w:val="center"/>
      </w:pPr>
      <w:r>
        <w:rPr>
          <w:b/>
          <w:bCs/>
          <w:sz w:val="72"/>
          <w:szCs w:val="72"/>
        </w:rPr>
        <w:t>โครงการสอน</w:t>
      </w:r>
    </w:p>
    <w:p w14:paraId="00BEC9A4" w14:textId="77777777" w:rsidR="00811695" w:rsidRDefault="00000000">
      <w:pPr>
        <w:tabs>
          <w:tab w:val="left" w:leader="dot" w:pos="7937"/>
        </w:tabs>
        <w:spacing w:after="80"/>
        <w:ind w:left="1417"/>
      </w:pPr>
      <w:r>
        <w:rPr>
          <w:b/>
          <w:bCs/>
        </w:rPr>
        <w:t>หลักสูตร</w:t>
      </w:r>
      <w:r>
        <w:tab/>
      </w:r>
    </w:p>
    <w:p w14:paraId="324A4490" w14:textId="77777777" w:rsidR="00811695" w:rsidRDefault="00000000">
      <w:pPr>
        <w:tabs>
          <w:tab w:val="left" w:leader="dot" w:pos="7937"/>
        </w:tabs>
        <w:spacing w:after="80"/>
        <w:ind w:left="1417"/>
      </w:pPr>
      <w:r>
        <w:rPr>
          <w:b/>
          <w:bCs/>
        </w:rPr>
        <w:t>สาขาวิชา</w:t>
      </w:r>
      <w:r>
        <w:tab/>
      </w:r>
    </w:p>
    <w:p w14:paraId="663513B1" w14:textId="77777777" w:rsidR="00811695" w:rsidRDefault="00000000">
      <w:pPr>
        <w:tabs>
          <w:tab w:val="left" w:leader="dot" w:pos="7937"/>
        </w:tabs>
        <w:spacing w:after="80"/>
        <w:ind w:left="1417"/>
      </w:pPr>
      <w:r>
        <w:rPr>
          <w:b/>
          <w:bCs/>
        </w:rPr>
        <w:t>กลุ่มอาชีพ</w:t>
      </w:r>
      <w:r>
        <w:tab/>
      </w:r>
    </w:p>
    <w:p w14:paraId="1D41484E" w14:textId="77777777" w:rsidR="00811695" w:rsidRDefault="00000000">
      <w:pPr>
        <w:tabs>
          <w:tab w:val="left" w:leader="dot" w:pos="7937"/>
        </w:tabs>
        <w:spacing w:after="80"/>
        <w:ind w:left="1417"/>
      </w:pPr>
      <w:r>
        <w:rPr>
          <w:b/>
          <w:bCs/>
        </w:rPr>
        <w:t>ประเภทวิชา</w:t>
      </w:r>
      <w:r>
        <w:tab/>
      </w:r>
    </w:p>
    <w:p w14:paraId="6C7F8FC8" w14:textId="77777777" w:rsidR="00811695" w:rsidRDefault="00811695">
      <w:pPr>
        <w:spacing w:after="120"/>
      </w:pPr>
    </w:p>
    <w:p w14:paraId="74BBD561" w14:textId="77777777" w:rsidR="00811695" w:rsidRDefault="00000000">
      <w:pPr>
        <w:tabs>
          <w:tab w:val="left" w:leader="dot" w:pos="3685"/>
          <w:tab w:val="left" w:leader="dot" w:pos="8504"/>
        </w:tabs>
        <w:spacing w:after="80"/>
        <w:ind w:left="850"/>
      </w:pPr>
      <w:r>
        <w:rPr>
          <w:b/>
          <w:bCs/>
        </w:rPr>
        <w:t>รหัสวิชา</w:t>
      </w:r>
      <w:r>
        <w:tab/>
      </w:r>
      <w:r>
        <w:rPr>
          <w:b/>
          <w:bCs/>
        </w:rPr>
        <w:t>วิชา</w:t>
      </w:r>
      <w:r>
        <w:tab/>
      </w:r>
    </w:p>
    <w:p w14:paraId="64F5CF77" w14:textId="77777777" w:rsidR="00811695" w:rsidRDefault="00000000">
      <w:pPr>
        <w:tabs>
          <w:tab w:val="left" w:leader="dot" w:pos="4535"/>
          <w:tab w:val="left" w:leader="dot" w:pos="7087"/>
        </w:tabs>
        <w:spacing w:after="480"/>
        <w:ind w:left="2268"/>
      </w:pPr>
      <w:r>
        <w:rPr>
          <w:b/>
          <w:bCs/>
        </w:rPr>
        <w:t>ภาคเรียนที่</w:t>
      </w:r>
      <w:r>
        <w:tab/>
      </w:r>
      <w:r>
        <w:rPr>
          <w:b/>
          <w:bCs/>
        </w:rPr>
        <w:t>ปีการศึกษา</w:t>
      </w:r>
      <w:r>
        <w:tab/>
      </w:r>
    </w:p>
    <w:p w14:paraId="4524F15B" w14:textId="77777777" w:rsidR="00811695" w:rsidRDefault="00000000">
      <w:pPr>
        <w:spacing w:after="80"/>
        <w:jc w:val="center"/>
      </w:pPr>
      <w:r>
        <w:rPr>
          <w:b/>
          <w:bCs/>
        </w:rPr>
        <w:t>จัดทำโดย</w:t>
      </w:r>
    </w:p>
    <w:p w14:paraId="354C03D4" w14:textId="77777777" w:rsidR="00811695" w:rsidRDefault="00000000">
      <w:pPr>
        <w:tabs>
          <w:tab w:val="left" w:leader="dot" w:pos="7370"/>
        </w:tabs>
        <w:spacing w:after="80"/>
        <w:ind w:left="1984"/>
      </w:pPr>
      <w:r>
        <w:rPr>
          <w:b/>
          <w:bCs/>
        </w:rPr>
        <w:t>ชื่อ-สกุล</w:t>
      </w:r>
      <w:r>
        <w:tab/>
      </w:r>
    </w:p>
    <w:p w14:paraId="403BB8B4" w14:textId="77777777" w:rsidR="00811695" w:rsidRDefault="00000000">
      <w:pPr>
        <w:tabs>
          <w:tab w:val="left" w:leader="dot" w:pos="7370"/>
        </w:tabs>
        <w:spacing w:after="80"/>
        <w:ind w:left="1984"/>
      </w:pPr>
      <w:r>
        <w:rPr>
          <w:b/>
          <w:bCs/>
        </w:rPr>
        <w:t>ตำแหน่ง</w:t>
      </w:r>
      <w:r>
        <w:tab/>
      </w:r>
    </w:p>
    <w:p w14:paraId="4E299F51" w14:textId="77777777" w:rsidR="00811695" w:rsidRDefault="00000000">
      <w:pPr>
        <w:tabs>
          <w:tab w:val="left" w:leader="dot" w:pos="7370"/>
        </w:tabs>
        <w:spacing w:after="720"/>
        <w:ind w:left="1984"/>
      </w:pPr>
      <w:r>
        <w:rPr>
          <w:b/>
          <w:bCs/>
        </w:rPr>
        <w:t>แผนกวิชา</w:t>
      </w:r>
      <w:r>
        <w:tab/>
      </w:r>
    </w:p>
    <w:p w14:paraId="2DD1BCAB" w14:textId="77777777" w:rsidR="00811695" w:rsidRDefault="00000000">
      <w:pPr>
        <w:jc w:val="center"/>
      </w:pPr>
      <w:r>
        <w:rPr>
          <w:b/>
          <w:bCs/>
          <w:sz w:val="40"/>
          <w:szCs w:val="40"/>
        </w:rPr>
        <w:t>วิทยาลัยการอาชีพโพนทอง</w:t>
      </w:r>
    </w:p>
    <w:p w14:paraId="623FC895" w14:textId="77777777" w:rsidR="00811695" w:rsidRDefault="00000000">
      <w:pPr>
        <w:jc w:val="center"/>
      </w:pPr>
      <w:r>
        <w:rPr>
          <w:b/>
          <w:bCs/>
          <w:sz w:val="36"/>
          <w:szCs w:val="36"/>
        </w:rPr>
        <w:t>สำนักงานคณะกรรมการการอาชีวศึกษา กระทรวงศึกษาธิการ</w:t>
      </w:r>
    </w:p>
    <w:p w14:paraId="36F297D4" w14:textId="77777777" w:rsidR="00811695" w:rsidRDefault="00000000">
      <w:pPr>
        <w:pageBreakBefore/>
        <w:spacing w:after="120"/>
        <w:jc w:val="center"/>
      </w:pPr>
      <w:r>
        <w:rPr>
          <w:b/>
          <w:bCs/>
          <w:sz w:val="40"/>
          <w:szCs w:val="40"/>
        </w:rPr>
        <w:lastRenderedPageBreak/>
        <w:t>สารบัญ</w:t>
      </w:r>
    </w:p>
    <w:p w14:paraId="13B770CB" w14:textId="77777777" w:rsidR="00811695" w:rsidRDefault="00000000">
      <w:pPr>
        <w:jc w:val="right"/>
      </w:pPr>
      <w:r>
        <w:rPr>
          <w:b/>
          <w:bCs/>
        </w:rPr>
        <w:t>หน้า</w:t>
      </w:r>
    </w:p>
    <w:p w14:paraId="3464CC58" w14:textId="77777777" w:rsidR="00811695" w:rsidRDefault="00000000">
      <w:pPr>
        <w:tabs>
          <w:tab w:val="right" w:pos="9241"/>
        </w:tabs>
        <w:spacing w:after="40"/>
      </w:pPr>
      <w:r>
        <w:t>ส่วนที่ 1  ข้อมูลรายวิชา (หลักสูตรรายวิชา)</w:t>
      </w:r>
      <w:r>
        <w:tab/>
        <w:t>x</w:t>
      </w:r>
    </w:p>
    <w:p w14:paraId="1A001BD8" w14:textId="77777777" w:rsidR="00811695" w:rsidRDefault="00000000">
      <w:pPr>
        <w:tabs>
          <w:tab w:val="right" w:pos="9241"/>
        </w:tabs>
        <w:spacing w:after="40"/>
      </w:pPr>
      <w:r>
        <w:t>ส่วนที่ 2  ข้อมูลการจัดการเรียนการสอน</w:t>
      </w:r>
      <w:r>
        <w:tab/>
        <w:t>x</w:t>
      </w:r>
    </w:p>
    <w:p w14:paraId="1138F913" w14:textId="77777777" w:rsidR="00811695" w:rsidRDefault="00000000">
      <w:pPr>
        <w:tabs>
          <w:tab w:val="right" w:pos="9241"/>
        </w:tabs>
        <w:spacing w:after="40"/>
      </w:pPr>
      <w:r>
        <w:t>ส่วนที่ 3  หน่วยการเรียนรู้และเวลาเรียน</w:t>
      </w:r>
      <w:r>
        <w:tab/>
        <w:t>x</w:t>
      </w:r>
    </w:p>
    <w:p w14:paraId="51B80BF1" w14:textId="77777777" w:rsidR="00811695" w:rsidRDefault="00000000">
      <w:pPr>
        <w:tabs>
          <w:tab w:val="right" w:pos="9241"/>
        </w:tabs>
        <w:spacing w:after="40"/>
      </w:pPr>
      <w:r>
        <w:t>ส่วนที่ 4  กำหนดการสอนรายสัปดาห์</w:t>
      </w:r>
      <w:r>
        <w:tab/>
        <w:t>x</w:t>
      </w:r>
    </w:p>
    <w:p w14:paraId="1CAF05AD" w14:textId="77777777" w:rsidR="00811695" w:rsidRDefault="00000000">
      <w:pPr>
        <w:tabs>
          <w:tab w:val="right" w:pos="9241"/>
        </w:tabs>
        <w:spacing w:after="40"/>
      </w:pPr>
      <w:r>
        <w:t>ส่วนที่ 5  การวัดและประเมินผล</w:t>
      </w:r>
      <w:r>
        <w:tab/>
        <w:t>x</w:t>
      </w:r>
    </w:p>
    <w:p w14:paraId="0179919F" w14:textId="77777777" w:rsidR="00811695" w:rsidRDefault="00000000">
      <w:pPr>
        <w:tabs>
          <w:tab w:val="right" w:pos="9241"/>
        </w:tabs>
        <w:spacing w:after="40"/>
      </w:pPr>
      <w:r>
        <w:t>ส่วนที่ 6  สื่อและแหล่งการเรียนรู้</w:t>
      </w:r>
      <w:r>
        <w:tab/>
        <w:t>x</w:t>
      </w:r>
    </w:p>
    <w:p w14:paraId="2FD43716" w14:textId="77777777" w:rsidR="00811695" w:rsidRDefault="00000000">
      <w:pPr>
        <w:tabs>
          <w:tab w:val="right" w:pos="9241"/>
        </w:tabs>
        <w:spacing w:after="40"/>
      </w:pPr>
      <w:r>
        <w:t>ส่วนที่ 7  บันทึกผลหลังการใช้โครงการสอน</w:t>
      </w:r>
      <w:r>
        <w:tab/>
        <w:t>x</w:t>
      </w:r>
    </w:p>
    <w:p w14:paraId="7B5214EA" w14:textId="77777777" w:rsidR="00811695" w:rsidRDefault="00000000">
      <w:pPr>
        <w:tabs>
          <w:tab w:val="right" w:pos="9241"/>
        </w:tabs>
        <w:spacing w:after="40"/>
      </w:pPr>
      <w:r>
        <w:t>บรรณานุกรม</w:t>
      </w:r>
      <w:r>
        <w:tab/>
        <w:t>x</w:t>
      </w:r>
    </w:p>
    <w:p w14:paraId="16F95D1E" w14:textId="77777777" w:rsidR="00811695" w:rsidRDefault="00000000">
      <w:pPr>
        <w:tabs>
          <w:tab w:val="right" w:pos="9241"/>
        </w:tabs>
        <w:spacing w:after="40"/>
      </w:pPr>
      <w:r>
        <w:t>ภาคผนวก</w:t>
      </w:r>
      <w:r>
        <w:tab/>
        <w:t>x</w:t>
      </w:r>
    </w:p>
    <w:p w14:paraId="77760CC1" w14:textId="77777777" w:rsidR="00811695" w:rsidRDefault="00000000">
      <w:pPr>
        <w:pageBreakBefore/>
        <w:spacing w:after="240"/>
        <w:jc w:val="center"/>
      </w:pPr>
      <w:r>
        <w:rPr>
          <w:b/>
          <w:bCs/>
          <w:sz w:val="40"/>
          <w:szCs w:val="40"/>
        </w:rPr>
        <w:lastRenderedPageBreak/>
        <w:t>ส่วนที่ 1  ข้อมูลรายวิชา (หลักสูตรรายวิชา)</w:t>
      </w:r>
    </w:p>
    <w:p w14:paraId="06D4458C" w14:textId="77777777" w:rsidR="00811695" w:rsidRDefault="00000000">
      <w:pPr>
        <w:tabs>
          <w:tab w:val="left" w:leader="dot" w:pos="9354"/>
        </w:tabs>
      </w:pPr>
      <w:r>
        <w:rPr>
          <w:b/>
          <w:bCs/>
        </w:rPr>
        <w:t xml:space="preserve">หลักสูตร </w:t>
      </w:r>
      <w:r>
        <w:tab/>
      </w:r>
    </w:p>
    <w:p w14:paraId="187CC209" w14:textId="77777777" w:rsidR="00811695" w:rsidRDefault="00000000">
      <w:pPr>
        <w:tabs>
          <w:tab w:val="left" w:leader="dot" w:pos="3118"/>
          <w:tab w:val="left" w:leader="dot" w:pos="6236"/>
          <w:tab w:val="left" w:leader="dot" w:pos="9354"/>
        </w:tabs>
      </w:pPr>
      <w:r>
        <w:rPr>
          <w:b/>
          <w:bCs/>
        </w:rPr>
        <w:t xml:space="preserve">ประเภทวิชา </w:t>
      </w:r>
      <w:r>
        <w:tab/>
      </w:r>
      <w:r>
        <w:rPr>
          <w:b/>
          <w:bCs/>
        </w:rPr>
        <w:t xml:space="preserve"> กลุ่มอาชีพ </w:t>
      </w:r>
      <w:r>
        <w:tab/>
      </w:r>
      <w:r>
        <w:rPr>
          <w:b/>
          <w:bCs/>
        </w:rPr>
        <w:t xml:space="preserve"> สาขาวิชา </w:t>
      </w:r>
      <w:r>
        <w:tab/>
      </w:r>
    </w:p>
    <w:p w14:paraId="052C9343" w14:textId="77777777" w:rsidR="00811695" w:rsidRDefault="00000000">
      <w:pPr>
        <w:tabs>
          <w:tab w:val="left" w:leader="dot" w:pos="3118"/>
          <w:tab w:val="left" w:leader="dot" w:pos="9354"/>
        </w:tabs>
      </w:pPr>
      <w:r>
        <w:rPr>
          <w:b/>
          <w:bCs/>
        </w:rPr>
        <w:t xml:space="preserve">รหัสวิชา </w:t>
      </w:r>
      <w:r>
        <w:tab/>
      </w:r>
      <w:r>
        <w:rPr>
          <w:b/>
          <w:bCs/>
        </w:rPr>
        <w:t xml:space="preserve">  ชื่อวิชา </w:t>
      </w:r>
      <w:r>
        <w:tab/>
      </w:r>
    </w:p>
    <w:p w14:paraId="1A1A2977" w14:textId="77777777" w:rsidR="00811695" w:rsidRDefault="00000000">
      <w:pPr>
        <w:tabs>
          <w:tab w:val="left" w:leader="dot" w:pos="1701"/>
          <w:tab w:val="left" w:leader="dot" w:pos="5102"/>
          <w:tab w:val="left" w:leader="dot" w:pos="8220"/>
        </w:tabs>
        <w:spacing w:after="160"/>
      </w:pPr>
      <w:r>
        <w:rPr>
          <w:b/>
          <w:bCs/>
        </w:rPr>
        <w:t xml:space="preserve">ทฤษฎี </w:t>
      </w:r>
      <w:r>
        <w:tab/>
      </w:r>
      <w:r>
        <w:rPr>
          <w:b/>
          <w:bCs/>
        </w:rPr>
        <w:t xml:space="preserve"> ชม./สัปดาห์   ปฏิบัติ </w:t>
      </w:r>
      <w:r>
        <w:tab/>
      </w:r>
      <w:r>
        <w:rPr>
          <w:b/>
          <w:bCs/>
        </w:rPr>
        <w:t xml:space="preserve"> ชม./สัปดาห์   จำนวน </w:t>
      </w:r>
      <w:r>
        <w:tab/>
      </w:r>
      <w:r>
        <w:rPr>
          <w:b/>
          <w:bCs/>
        </w:rPr>
        <w:t xml:space="preserve"> หน่วยกิต</w:t>
      </w:r>
    </w:p>
    <w:p w14:paraId="78B56F94" w14:textId="77777777" w:rsidR="00811695" w:rsidRDefault="00000000">
      <w:pPr>
        <w:spacing w:before="160"/>
      </w:pPr>
      <w:r>
        <w:rPr>
          <w:b/>
          <w:bCs/>
        </w:rPr>
        <w:t>อ้างอิงมาตรฐาน</w:t>
      </w:r>
    </w:p>
    <w:p w14:paraId="63866731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3631A854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2A137D14" w14:textId="77777777" w:rsidR="00811695" w:rsidRDefault="00000000">
      <w:pPr>
        <w:spacing w:before="160"/>
      </w:pPr>
      <w:r>
        <w:rPr>
          <w:b/>
          <w:bCs/>
        </w:rPr>
        <w:t>ผลลัพธ์การเรียนรู้ระดับรายวิชา</w:t>
      </w:r>
    </w:p>
    <w:p w14:paraId="48B22495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75324A6F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255E6A27" w14:textId="77777777" w:rsidR="00811695" w:rsidRDefault="00000000">
      <w:pPr>
        <w:spacing w:before="160"/>
      </w:pPr>
      <w:r>
        <w:rPr>
          <w:b/>
          <w:bCs/>
        </w:rPr>
        <w:t>จุดประสงค์รายวิชา  เพื่อให้</w:t>
      </w:r>
    </w:p>
    <w:p w14:paraId="321B2E50" w14:textId="77777777" w:rsidR="00811695" w:rsidRDefault="00000000">
      <w:pPr>
        <w:tabs>
          <w:tab w:val="left" w:leader="dot" w:pos="9354"/>
        </w:tabs>
        <w:ind w:left="340"/>
      </w:pPr>
      <w:r>
        <w:t xml:space="preserve">1. </w:t>
      </w:r>
      <w:r>
        <w:tab/>
      </w:r>
    </w:p>
    <w:p w14:paraId="57CC8C3A" w14:textId="77777777" w:rsidR="00811695" w:rsidRDefault="00000000">
      <w:pPr>
        <w:tabs>
          <w:tab w:val="left" w:leader="dot" w:pos="9354"/>
        </w:tabs>
        <w:ind w:left="340"/>
      </w:pPr>
      <w:r>
        <w:t xml:space="preserve">2. </w:t>
      </w:r>
      <w:r>
        <w:tab/>
      </w:r>
    </w:p>
    <w:p w14:paraId="5D2C6CC1" w14:textId="77777777" w:rsidR="00811695" w:rsidRDefault="00000000">
      <w:pPr>
        <w:tabs>
          <w:tab w:val="left" w:leader="dot" w:pos="9354"/>
        </w:tabs>
        <w:ind w:left="340"/>
      </w:pPr>
      <w:r>
        <w:t xml:space="preserve">3. </w:t>
      </w:r>
      <w:r>
        <w:tab/>
      </w:r>
    </w:p>
    <w:p w14:paraId="0C55003C" w14:textId="77777777" w:rsidR="00811695" w:rsidRDefault="00000000">
      <w:pPr>
        <w:tabs>
          <w:tab w:val="left" w:leader="dot" w:pos="9354"/>
        </w:tabs>
        <w:ind w:left="340"/>
      </w:pPr>
      <w:r>
        <w:t xml:space="preserve">4. </w:t>
      </w:r>
      <w:r>
        <w:tab/>
      </w:r>
    </w:p>
    <w:p w14:paraId="33F6A24A" w14:textId="77777777" w:rsidR="00811695" w:rsidRDefault="00000000">
      <w:pPr>
        <w:spacing w:before="160"/>
      </w:pPr>
      <w:r>
        <w:rPr>
          <w:b/>
          <w:bCs/>
        </w:rPr>
        <w:t>สมรรถนะรายวิชา</w:t>
      </w:r>
    </w:p>
    <w:p w14:paraId="17BCB5F8" w14:textId="77777777" w:rsidR="00811695" w:rsidRDefault="00000000">
      <w:pPr>
        <w:tabs>
          <w:tab w:val="left" w:leader="dot" w:pos="9354"/>
        </w:tabs>
        <w:ind w:left="340"/>
      </w:pPr>
      <w:r>
        <w:t xml:space="preserve">1. </w:t>
      </w:r>
      <w:r>
        <w:tab/>
      </w:r>
    </w:p>
    <w:p w14:paraId="3D9DB0B4" w14:textId="77777777" w:rsidR="00811695" w:rsidRDefault="00000000">
      <w:pPr>
        <w:tabs>
          <w:tab w:val="left" w:leader="dot" w:pos="9354"/>
        </w:tabs>
        <w:ind w:left="340"/>
      </w:pPr>
      <w:r>
        <w:t xml:space="preserve">2. </w:t>
      </w:r>
      <w:r>
        <w:tab/>
      </w:r>
    </w:p>
    <w:p w14:paraId="6590B969" w14:textId="77777777" w:rsidR="00811695" w:rsidRDefault="00000000">
      <w:pPr>
        <w:tabs>
          <w:tab w:val="left" w:leader="dot" w:pos="9354"/>
        </w:tabs>
        <w:ind w:left="340"/>
      </w:pPr>
      <w:r>
        <w:t xml:space="preserve">3. </w:t>
      </w:r>
      <w:r>
        <w:tab/>
      </w:r>
    </w:p>
    <w:p w14:paraId="7C25F10B" w14:textId="77777777" w:rsidR="00811695" w:rsidRDefault="00000000">
      <w:pPr>
        <w:tabs>
          <w:tab w:val="left" w:leader="dot" w:pos="9354"/>
        </w:tabs>
        <w:ind w:left="340"/>
      </w:pPr>
      <w:r>
        <w:t xml:space="preserve">4. </w:t>
      </w:r>
      <w:r>
        <w:tab/>
      </w:r>
    </w:p>
    <w:p w14:paraId="569D3585" w14:textId="77777777" w:rsidR="00811695" w:rsidRDefault="00000000">
      <w:pPr>
        <w:spacing w:before="160"/>
      </w:pPr>
      <w:r>
        <w:rPr>
          <w:b/>
          <w:bCs/>
        </w:rPr>
        <w:t>คำอธิบายรายวิชา</w:t>
      </w:r>
    </w:p>
    <w:p w14:paraId="681B1956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72A7F944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31129DAA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32375541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0FCE77EE" w14:textId="77777777" w:rsidR="00811695" w:rsidRDefault="00000000">
      <w:pPr>
        <w:spacing w:before="200"/>
      </w:pPr>
      <w:r>
        <w:rPr>
          <w:b/>
          <w:bCs/>
          <w:sz w:val="28"/>
          <w:szCs w:val="28"/>
          <w:u w:val="single"/>
        </w:rPr>
        <w:t>คำอธิบาย</w:t>
      </w:r>
      <w:r>
        <w:rPr>
          <w:sz w:val="28"/>
          <w:szCs w:val="28"/>
        </w:rPr>
        <w:t xml:space="preserve">  ข้อมูลรายวิชา ให้คัดลอกจากหลักสูตรประกาศนียบัตรวิชาชีพ พุทธศักราช 2567 หรือหลักสูตรประกาศนียบัตรวิชาชีพชั้นสูง พุทธศักราช 2567 ฉบับปัจจุบันที่สำนักงานคณะกรรมการการอาชีวศึกษา โดยสำนักมาตรฐานการอาชีวศึกษาและวิชาชีพเผยแพร่เท่านั้น และให้ตรงกับแผนการจัดการเรียนรู้ของรายวิชาเดียวกัน</w:t>
      </w:r>
    </w:p>
    <w:p w14:paraId="7EDBACB7" w14:textId="77777777" w:rsidR="00811695" w:rsidRDefault="00000000">
      <w:pPr>
        <w:pageBreakBefore/>
        <w:spacing w:after="240"/>
        <w:jc w:val="center"/>
      </w:pPr>
      <w:r>
        <w:rPr>
          <w:b/>
          <w:bCs/>
          <w:sz w:val="40"/>
          <w:szCs w:val="40"/>
        </w:rPr>
        <w:lastRenderedPageBreak/>
        <w:t>ส่วนที่ 2  ข้อมูลการจัดการเรียนการสอน</w:t>
      </w:r>
    </w:p>
    <w:p w14:paraId="4C7DDEB8" w14:textId="77777777" w:rsidR="00811695" w:rsidRDefault="00000000">
      <w:pPr>
        <w:tabs>
          <w:tab w:val="left" w:leader="dot" w:pos="3118"/>
          <w:tab w:val="left" w:leader="dot" w:pos="9354"/>
        </w:tabs>
      </w:pPr>
      <w:r>
        <w:rPr>
          <w:b/>
          <w:bCs/>
        </w:rPr>
        <w:t xml:space="preserve">รหัสวิชา </w:t>
      </w:r>
      <w:r>
        <w:tab/>
      </w:r>
      <w:r>
        <w:rPr>
          <w:b/>
          <w:bCs/>
        </w:rPr>
        <w:t xml:space="preserve">  ชื่อวิชา </w:t>
      </w:r>
      <w:r>
        <w:tab/>
      </w:r>
    </w:p>
    <w:p w14:paraId="13D60499" w14:textId="77777777" w:rsidR="00811695" w:rsidRDefault="00000000">
      <w:pPr>
        <w:tabs>
          <w:tab w:val="left" w:leader="dot" w:pos="1701"/>
          <w:tab w:val="left" w:leader="dot" w:pos="5102"/>
          <w:tab w:val="left" w:leader="dot" w:pos="8220"/>
        </w:tabs>
        <w:spacing w:after="160"/>
      </w:pPr>
      <w:r>
        <w:rPr>
          <w:b/>
          <w:bCs/>
        </w:rPr>
        <w:t xml:space="preserve">ทฤษฎี </w:t>
      </w:r>
      <w:r>
        <w:tab/>
      </w:r>
      <w:r>
        <w:rPr>
          <w:b/>
          <w:bCs/>
        </w:rPr>
        <w:t xml:space="preserve"> ชม./สัปดาห์   ปฏิบัติ </w:t>
      </w:r>
      <w:r>
        <w:tab/>
      </w:r>
      <w:r>
        <w:rPr>
          <w:b/>
          <w:bCs/>
        </w:rPr>
        <w:t xml:space="preserve"> ชม./สัปดาห์   จำนวน </w:t>
      </w:r>
      <w:r>
        <w:tab/>
      </w:r>
      <w:r>
        <w:rPr>
          <w:b/>
          <w:bCs/>
        </w:rPr>
        <w:t xml:space="preserve"> หน่วยกิต</w:t>
      </w:r>
    </w:p>
    <w:p w14:paraId="147B2D90" w14:textId="77777777" w:rsidR="00811695" w:rsidRDefault="00000000">
      <w:pPr>
        <w:tabs>
          <w:tab w:val="left" w:leader="dot" w:pos="2551"/>
          <w:tab w:val="left" w:leader="dot" w:pos="5102"/>
        </w:tabs>
        <w:spacing w:after="80"/>
      </w:pPr>
      <w:r>
        <w:rPr>
          <w:b/>
          <w:bCs/>
        </w:rPr>
        <w:t xml:space="preserve">ภาคเรียนที่ </w:t>
      </w:r>
      <w:r>
        <w:tab/>
      </w:r>
      <w:r>
        <w:rPr>
          <w:b/>
          <w:bCs/>
        </w:rPr>
        <w:t xml:space="preserve">  ปีการศึกษา </w:t>
      </w:r>
      <w:r>
        <w:tab/>
      </w:r>
    </w:p>
    <w:p w14:paraId="548FA7D5" w14:textId="77777777" w:rsidR="00811695" w:rsidRDefault="00000000">
      <w:pPr>
        <w:tabs>
          <w:tab w:val="left" w:leader="dot" w:pos="5102"/>
          <w:tab w:val="left" w:leader="dot" w:pos="9354"/>
        </w:tabs>
        <w:spacing w:after="80"/>
      </w:pPr>
      <w:r>
        <w:rPr>
          <w:b/>
          <w:bCs/>
        </w:rPr>
        <w:t xml:space="preserve">ระดับชั้น  </w:t>
      </w:r>
      <w:r>
        <w:t xml:space="preserve">☐ ปวช.   ☐ ปวส.   ชั้นปีที่ </w:t>
      </w:r>
      <w:r>
        <w:tab/>
      </w:r>
      <w:r>
        <w:rPr>
          <w:b/>
          <w:bCs/>
        </w:rPr>
        <w:t xml:space="preserve">  กลุ่ม/ห้อง </w:t>
      </w:r>
      <w:r>
        <w:tab/>
      </w:r>
    </w:p>
    <w:p w14:paraId="26266AE6" w14:textId="77777777" w:rsidR="00811695" w:rsidRDefault="00000000">
      <w:pPr>
        <w:tabs>
          <w:tab w:val="left" w:leader="dot" w:pos="2835"/>
          <w:tab w:val="left" w:leader="dot" w:pos="4819"/>
          <w:tab w:val="left" w:leader="dot" w:pos="6803"/>
        </w:tabs>
        <w:spacing w:after="80"/>
      </w:pPr>
      <w:r>
        <w:rPr>
          <w:b/>
          <w:bCs/>
        </w:rPr>
        <w:t xml:space="preserve">จำนวนผู้เรียน </w:t>
      </w:r>
      <w:r>
        <w:tab/>
        <w:t xml:space="preserve"> คน  (ชาย </w:t>
      </w:r>
      <w:r>
        <w:tab/>
        <w:t xml:space="preserve"> คน  หญิง </w:t>
      </w:r>
      <w:r>
        <w:tab/>
        <w:t xml:space="preserve"> คน)</w:t>
      </w:r>
    </w:p>
    <w:p w14:paraId="2ADFCF33" w14:textId="77777777" w:rsidR="00811695" w:rsidRDefault="00000000">
      <w:pPr>
        <w:tabs>
          <w:tab w:val="left" w:leader="dot" w:pos="5386"/>
          <w:tab w:val="left" w:leader="dot" w:pos="9354"/>
        </w:tabs>
        <w:spacing w:after="80"/>
      </w:pPr>
      <w:r>
        <w:rPr>
          <w:b/>
          <w:bCs/>
        </w:rPr>
        <w:t xml:space="preserve">ครูผู้สอน </w:t>
      </w:r>
      <w:r>
        <w:tab/>
      </w:r>
      <w:r>
        <w:rPr>
          <w:b/>
          <w:bCs/>
        </w:rPr>
        <w:t xml:space="preserve">  แผนกวิชา </w:t>
      </w:r>
      <w:r>
        <w:tab/>
      </w:r>
    </w:p>
    <w:p w14:paraId="671CA29A" w14:textId="77777777" w:rsidR="00811695" w:rsidRDefault="00000000">
      <w:pPr>
        <w:tabs>
          <w:tab w:val="left" w:leader="dot" w:pos="9354"/>
        </w:tabs>
        <w:spacing w:after="80"/>
      </w:pPr>
      <w:r>
        <w:rPr>
          <w:b/>
          <w:bCs/>
        </w:rPr>
        <w:t xml:space="preserve">ครูผู้สอนร่วม (ถ้ามี) </w:t>
      </w:r>
      <w:r>
        <w:tab/>
      </w:r>
    </w:p>
    <w:p w14:paraId="5096EE4C" w14:textId="77777777" w:rsidR="00811695" w:rsidRDefault="00000000">
      <w:pPr>
        <w:spacing w:before="200" w:after="80"/>
      </w:pPr>
      <w:r>
        <w:rPr>
          <w:b/>
          <w:bCs/>
        </w:rPr>
        <w:t>ตารางเวลาเรียน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1984"/>
        <w:gridCol w:w="1417"/>
        <w:gridCol w:w="2268"/>
        <w:gridCol w:w="2098"/>
      </w:tblGrid>
      <w:tr w:rsidR="00811695" w14:paraId="23F98A23" w14:textId="77777777">
        <w:trPr>
          <w:tblHeader/>
          <w:jc w:val="center"/>
        </w:trPr>
        <w:tc>
          <w:tcPr>
            <w:tcW w:w="1587" w:type="dxa"/>
            <w:shd w:val="clear" w:color="auto" w:fill="E7E6E6"/>
            <w:vAlign w:val="center"/>
          </w:tcPr>
          <w:p w14:paraId="4940B938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วัน</w:t>
            </w:r>
          </w:p>
        </w:tc>
        <w:tc>
          <w:tcPr>
            <w:tcW w:w="1984" w:type="dxa"/>
            <w:shd w:val="clear" w:color="auto" w:fill="E7E6E6"/>
            <w:vAlign w:val="center"/>
          </w:tcPr>
          <w:p w14:paraId="530E6A7E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เวลา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6B1832BF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คาบ/ชั่วโมง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1A5FB476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ห้องเรียน/สถานที่</w:t>
            </w:r>
          </w:p>
        </w:tc>
        <w:tc>
          <w:tcPr>
            <w:tcW w:w="2098" w:type="dxa"/>
            <w:shd w:val="clear" w:color="auto" w:fill="E7E6E6"/>
            <w:vAlign w:val="center"/>
          </w:tcPr>
          <w:p w14:paraId="649ADC12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กลุ่มผู้เรียน</w:t>
            </w:r>
          </w:p>
        </w:tc>
      </w:tr>
      <w:tr w:rsidR="00811695" w14:paraId="29997E54" w14:textId="77777777">
        <w:trPr>
          <w:trHeight w:val="454"/>
          <w:jc w:val="center"/>
        </w:trPr>
        <w:tc>
          <w:tcPr>
            <w:tcW w:w="1587" w:type="dxa"/>
          </w:tcPr>
          <w:p w14:paraId="37353443" w14:textId="77777777" w:rsidR="00811695" w:rsidRDefault="00811695"/>
        </w:tc>
        <w:tc>
          <w:tcPr>
            <w:tcW w:w="1984" w:type="dxa"/>
          </w:tcPr>
          <w:p w14:paraId="0F22B620" w14:textId="77777777" w:rsidR="00811695" w:rsidRDefault="00811695"/>
        </w:tc>
        <w:tc>
          <w:tcPr>
            <w:tcW w:w="1417" w:type="dxa"/>
          </w:tcPr>
          <w:p w14:paraId="41B19D8D" w14:textId="77777777" w:rsidR="00811695" w:rsidRDefault="00811695"/>
        </w:tc>
        <w:tc>
          <w:tcPr>
            <w:tcW w:w="2268" w:type="dxa"/>
          </w:tcPr>
          <w:p w14:paraId="55F5FF57" w14:textId="77777777" w:rsidR="00811695" w:rsidRDefault="00811695"/>
        </w:tc>
        <w:tc>
          <w:tcPr>
            <w:tcW w:w="2098" w:type="dxa"/>
          </w:tcPr>
          <w:p w14:paraId="595193A1" w14:textId="77777777" w:rsidR="00811695" w:rsidRDefault="00811695"/>
        </w:tc>
      </w:tr>
      <w:tr w:rsidR="00811695" w14:paraId="0B1CC372" w14:textId="77777777">
        <w:trPr>
          <w:trHeight w:val="454"/>
          <w:jc w:val="center"/>
        </w:trPr>
        <w:tc>
          <w:tcPr>
            <w:tcW w:w="1587" w:type="dxa"/>
          </w:tcPr>
          <w:p w14:paraId="00901324" w14:textId="77777777" w:rsidR="00811695" w:rsidRDefault="00811695"/>
        </w:tc>
        <w:tc>
          <w:tcPr>
            <w:tcW w:w="1984" w:type="dxa"/>
          </w:tcPr>
          <w:p w14:paraId="323B0F84" w14:textId="77777777" w:rsidR="00811695" w:rsidRDefault="00811695"/>
        </w:tc>
        <w:tc>
          <w:tcPr>
            <w:tcW w:w="1417" w:type="dxa"/>
          </w:tcPr>
          <w:p w14:paraId="1ECF00B7" w14:textId="77777777" w:rsidR="00811695" w:rsidRDefault="00811695"/>
        </w:tc>
        <w:tc>
          <w:tcPr>
            <w:tcW w:w="2268" w:type="dxa"/>
          </w:tcPr>
          <w:p w14:paraId="065B2F95" w14:textId="77777777" w:rsidR="00811695" w:rsidRDefault="00811695"/>
        </w:tc>
        <w:tc>
          <w:tcPr>
            <w:tcW w:w="2098" w:type="dxa"/>
          </w:tcPr>
          <w:p w14:paraId="733D20B5" w14:textId="77777777" w:rsidR="00811695" w:rsidRDefault="00811695"/>
        </w:tc>
      </w:tr>
      <w:tr w:rsidR="00811695" w14:paraId="1359DFCF" w14:textId="77777777">
        <w:trPr>
          <w:trHeight w:val="454"/>
          <w:jc w:val="center"/>
        </w:trPr>
        <w:tc>
          <w:tcPr>
            <w:tcW w:w="1587" w:type="dxa"/>
          </w:tcPr>
          <w:p w14:paraId="698295B3" w14:textId="77777777" w:rsidR="00811695" w:rsidRDefault="00811695"/>
        </w:tc>
        <w:tc>
          <w:tcPr>
            <w:tcW w:w="1984" w:type="dxa"/>
          </w:tcPr>
          <w:p w14:paraId="51B5D116" w14:textId="77777777" w:rsidR="00811695" w:rsidRDefault="00811695"/>
        </w:tc>
        <w:tc>
          <w:tcPr>
            <w:tcW w:w="1417" w:type="dxa"/>
          </w:tcPr>
          <w:p w14:paraId="472329C2" w14:textId="77777777" w:rsidR="00811695" w:rsidRDefault="00811695"/>
        </w:tc>
        <w:tc>
          <w:tcPr>
            <w:tcW w:w="2268" w:type="dxa"/>
          </w:tcPr>
          <w:p w14:paraId="2B05DF7B" w14:textId="77777777" w:rsidR="00811695" w:rsidRDefault="00811695"/>
        </w:tc>
        <w:tc>
          <w:tcPr>
            <w:tcW w:w="2098" w:type="dxa"/>
          </w:tcPr>
          <w:p w14:paraId="1B5B29A8" w14:textId="77777777" w:rsidR="00811695" w:rsidRDefault="00811695"/>
        </w:tc>
      </w:tr>
      <w:tr w:rsidR="00811695" w14:paraId="760E6827" w14:textId="77777777">
        <w:trPr>
          <w:trHeight w:val="454"/>
          <w:jc w:val="center"/>
        </w:trPr>
        <w:tc>
          <w:tcPr>
            <w:tcW w:w="1587" w:type="dxa"/>
          </w:tcPr>
          <w:p w14:paraId="79EBD080" w14:textId="77777777" w:rsidR="00811695" w:rsidRDefault="00811695"/>
        </w:tc>
        <w:tc>
          <w:tcPr>
            <w:tcW w:w="1984" w:type="dxa"/>
          </w:tcPr>
          <w:p w14:paraId="66AAC991" w14:textId="77777777" w:rsidR="00811695" w:rsidRDefault="00811695"/>
        </w:tc>
        <w:tc>
          <w:tcPr>
            <w:tcW w:w="1417" w:type="dxa"/>
          </w:tcPr>
          <w:p w14:paraId="41039E4F" w14:textId="77777777" w:rsidR="00811695" w:rsidRDefault="00811695"/>
        </w:tc>
        <w:tc>
          <w:tcPr>
            <w:tcW w:w="2268" w:type="dxa"/>
          </w:tcPr>
          <w:p w14:paraId="42DD2659" w14:textId="77777777" w:rsidR="00811695" w:rsidRDefault="00811695"/>
        </w:tc>
        <w:tc>
          <w:tcPr>
            <w:tcW w:w="2098" w:type="dxa"/>
          </w:tcPr>
          <w:p w14:paraId="39150285" w14:textId="77777777" w:rsidR="00811695" w:rsidRDefault="00811695"/>
        </w:tc>
      </w:tr>
      <w:tr w:rsidR="00811695" w14:paraId="2D469FED" w14:textId="77777777">
        <w:trPr>
          <w:trHeight w:val="454"/>
          <w:jc w:val="center"/>
        </w:trPr>
        <w:tc>
          <w:tcPr>
            <w:tcW w:w="1587" w:type="dxa"/>
          </w:tcPr>
          <w:p w14:paraId="21BE9715" w14:textId="77777777" w:rsidR="00811695" w:rsidRDefault="00811695"/>
        </w:tc>
        <w:tc>
          <w:tcPr>
            <w:tcW w:w="1984" w:type="dxa"/>
          </w:tcPr>
          <w:p w14:paraId="27B6BE4C" w14:textId="77777777" w:rsidR="00811695" w:rsidRDefault="00811695"/>
        </w:tc>
        <w:tc>
          <w:tcPr>
            <w:tcW w:w="1417" w:type="dxa"/>
          </w:tcPr>
          <w:p w14:paraId="28AF2FE5" w14:textId="77777777" w:rsidR="00811695" w:rsidRDefault="00811695"/>
        </w:tc>
        <w:tc>
          <w:tcPr>
            <w:tcW w:w="2268" w:type="dxa"/>
          </w:tcPr>
          <w:p w14:paraId="63CD2634" w14:textId="77777777" w:rsidR="00811695" w:rsidRDefault="00811695"/>
        </w:tc>
        <w:tc>
          <w:tcPr>
            <w:tcW w:w="2098" w:type="dxa"/>
          </w:tcPr>
          <w:p w14:paraId="503F73B4" w14:textId="77777777" w:rsidR="00811695" w:rsidRDefault="00811695"/>
        </w:tc>
      </w:tr>
    </w:tbl>
    <w:p w14:paraId="09721148" w14:textId="77777777" w:rsidR="00811695" w:rsidRDefault="00000000">
      <w:pPr>
        <w:spacing w:before="240"/>
      </w:pPr>
      <w:r>
        <w:rPr>
          <w:b/>
          <w:bCs/>
        </w:rPr>
        <w:t>ข้อตกลงในการเรียน</w:t>
      </w:r>
    </w:p>
    <w:p w14:paraId="780DA3E3" w14:textId="77777777" w:rsidR="00811695" w:rsidRDefault="00000000">
      <w:pPr>
        <w:tabs>
          <w:tab w:val="left" w:leader="dot" w:pos="9354"/>
        </w:tabs>
        <w:ind w:left="340"/>
      </w:pPr>
      <w:r>
        <w:t xml:space="preserve">1. </w:t>
      </w:r>
      <w:r>
        <w:tab/>
      </w:r>
    </w:p>
    <w:p w14:paraId="3E55262A" w14:textId="77777777" w:rsidR="00811695" w:rsidRDefault="00000000">
      <w:pPr>
        <w:tabs>
          <w:tab w:val="left" w:leader="dot" w:pos="9354"/>
        </w:tabs>
        <w:ind w:left="340"/>
      </w:pPr>
      <w:r>
        <w:t xml:space="preserve">2. </w:t>
      </w:r>
      <w:r>
        <w:tab/>
      </w:r>
    </w:p>
    <w:p w14:paraId="63A5E5E8" w14:textId="77777777" w:rsidR="00811695" w:rsidRDefault="00000000">
      <w:pPr>
        <w:tabs>
          <w:tab w:val="left" w:leader="dot" w:pos="9354"/>
        </w:tabs>
        <w:ind w:left="340"/>
      </w:pPr>
      <w:r>
        <w:t xml:space="preserve">3. </w:t>
      </w:r>
      <w:r>
        <w:tab/>
      </w:r>
    </w:p>
    <w:p w14:paraId="6E71EE83" w14:textId="77777777" w:rsidR="00811695" w:rsidRDefault="00000000">
      <w:pPr>
        <w:tabs>
          <w:tab w:val="left" w:leader="dot" w:pos="9354"/>
        </w:tabs>
        <w:ind w:left="340"/>
      </w:pPr>
      <w:r>
        <w:t xml:space="preserve">4. </w:t>
      </w:r>
      <w:r>
        <w:tab/>
      </w:r>
    </w:p>
    <w:p w14:paraId="23D813C0" w14:textId="77777777" w:rsidR="00811695" w:rsidRDefault="00000000">
      <w:pPr>
        <w:tabs>
          <w:tab w:val="left" w:leader="dot" w:pos="9354"/>
        </w:tabs>
        <w:ind w:left="340"/>
      </w:pPr>
      <w:r>
        <w:t xml:space="preserve">5. </w:t>
      </w:r>
      <w:r>
        <w:tab/>
      </w:r>
    </w:p>
    <w:p w14:paraId="337A5F7A" w14:textId="77777777" w:rsidR="00811695" w:rsidRDefault="00000000">
      <w:pPr>
        <w:pageBreakBefore/>
        <w:spacing w:after="240"/>
        <w:jc w:val="center"/>
      </w:pPr>
      <w:r>
        <w:rPr>
          <w:b/>
          <w:bCs/>
          <w:sz w:val="40"/>
          <w:szCs w:val="40"/>
        </w:rPr>
        <w:lastRenderedPageBreak/>
        <w:t>ส่วนที่ 3  หน่วยการเรียนรู้และเวลาเรียน</w:t>
      </w:r>
    </w:p>
    <w:p w14:paraId="78ADA408" w14:textId="77777777" w:rsidR="00811695" w:rsidRDefault="00000000">
      <w:pPr>
        <w:tabs>
          <w:tab w:val="left" w:leader="dot" w:pos="3118"/>
          <w:tab w:val="left" w:leader="dot" w:pos="9354"/>
        </w:tabs>
      </w:pPr>
      <w:r>
        <w:rPr>
          <w:b/>
          <w:bCs/>
        </w:rPr>
        <w:t xml:space="preserve">รหัสวิชา </w:t>
      </w:r>
      <w:r>
        <w:tab/>
      </w:r>
      <w:r>
        <w:rPr>
          <w:b/>
          <w:bCs/>
        </w:rPr>
        <w:t xml:space="preserve">  ชื่อวิชา </w:t>
      </w:r>
      <w:r>
        <w:tab/>
      </w:r>
    </w:p>
    <w:p w14:paraId="387AC982" w14:textId="77777777" w:rsidR="00811695" w:rsidRDefault="00000000">
      <w:pPr>
        <w:tabs>
          <w:tab w:val="left" w:leader="dot" w:pos="1701"/>
          <w:tab w:val="left" w:leader="dot" w:pos="5102"/>
          <w:tab w:val="left" w:leader="dot" w:pos="8220"/>
        </w:tabs>
        <w:spacing w:after="160"/>
      </w:pPr>
      <w:r>
        <w:rPr>
          <w:b/>
          <w:bCs/>
        </w:rPr>
        <w:t xml:space="preserve">ทฤษฎี </w:t>
      </w:r>
      <w:r>
        <w:tab/>
      </w:r>
      <w:r>
        <w:rPr>
          <w:b/>
          <w:bCs/>
        </w:rPr>
        <w:t xml:space="preserve"> ชม./สัปดาห์   ปฏิบัติ </w:t>
      </w:r>
      <w:r>
        <w:tab/>
      </w:r>
      <w:r>
        <w:rPr>
          <w:b/>
          <w:bCs/>
        </w:rPr>
        <w:t xml:space="preserve"> ชม./สัปดาห์   จำนวน </w:t>
      </w:r>
      <w:r>
        <w:tab/>
      </w:r>
      <w:r>
        <w:rPr>
          <w:b/>
          <w:bCs/>
        </w:rPr>
        <w:t xml:space="preserve"> หน่วยกิต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4082"/>
        <w:gridCol w:w="1701"/>
        <w:gridCol w:w="907"/>
        <w:gridCol w:w="907"/>
        <w:gridCol w:w="907"/>
      </w:tblGrid>
      <w:tr w:rsidR="00811695" w14:paraId="55B00E4D" w14:textId="77777777">
        <w:trPr>
          <w:tblHeader/>
          <w:jc w:val="center"/>
        </w:trPr>
        <w:tc>
          <w:tcPr>
            <w:tcW w:w="850" w:type="dxa"/>
            <w:vMerge w:val="restart"/>
            <w:shd w:val="clear" w:color="auto" w:fill="E7E6E6"/>
            <w:vAlign w:val="center"/>
          </w:tcPr>
          <w:p w14:paraId="59914AC7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หน่วยที่</w:t>
            </w:r>
          </w:p>
        </w:tc>
        <w:tc>
          <w:tcPr>
            <w:tcW w:w="4082" w:type="dxa"/>
            <w:vMerge w:val="restart"/>
            <w:shd w:val="clear" w:color="auto" w:fill="E7E6E6"/>
            <w:vAlign w:val="center"/>
          </w:tcPr>
          <w:p w14:paraId="35EEAA3B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ชื่อหน่วยการเรียนรู้</w:t>
            </w:r>
          </w:p>
        </w:tc>
        <w:tc>
          <w:tcPr>
            <w:tcW w:w="1701" w:type="dxa"/>
            <w:vMerge w:val="restart"/>
            <w:shd w:val="clear" w:color="auto" w:fill="E7E6E6"/>
            <w:vAlign w:val="center"/>
          </w:tcPr>
          <w:p w14:paraId="20056F87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สัปดาห์ที่สอน</w:t>
            </w:r>
          </w:p>
        </w:tc>
        <w:tc>
          <w:tcPr>
            <w:tcW w:w="907" w:type="dxa"/>
            <w:gridSpan w:val="3"/>
            <w:shd w:val="clear" w:color="auto" w:fill="E7E6E6"/>
            <w:vAlign w:val="center"/>
          </w:tcPr>
          <w:p w14:paraId="0B945C92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เวลาเรียน (ชม.)</w:t>
            </w:r>
          </w:p>
        </w:tc>
      </w:tr>
      <w:tr w:rsidR="00811695" w14:paraId="7913A7F9" w14:textId="77777777">
        <w:trPr>
          <w:tblHeader/>
          <w:jc w:val="center"/>
        </w:trPr>
        <w:tc>
          <w:tcPr>
            <w:tcW w:w="1559" w:type="dxa"/>
            <w:vMerge/>
            <w:shd w:val="clear" w:color="auto" w:fill="E7E6E6"/>
            <w:vAlign w:val="center"/>
          </w:tcPr>
          <w:p w14:paraId="5E2181D4" w14:textId="77777777" w:rsidR="00811695" w:rsidRDefault="00811695"/>
        </w:tc>
        <w:tc>
          <w:tcPr>
            <w:tcW w:w="1559" w:type="dxa"/>
            <w:vMerge/>
            <w:shd w:val="clear" w:color="auto" w:fill="E7E6E6"/>
            <w:vAlign w:val="center"/>
          </w:tcPr>
          <w:p w14:paraId="467E8465" w14:textId="77777777" w:rsidR="00811695" w:rsidRDefault="00811695"/>
        </w:tc>
        <w:tc>
          <w:tcPr>
            <w:tcW w:w="1559" w:type="dxa"/>
            <w:vMerge/>
            <w:shd w:val="clear" w:color="auto" w:fill="E7E6E6"/>
            <w:vAlign w:val="center"/>
          </w:tcPr>
          <w:p w14:paraId="7EAA037C" w14:textId="77777777" w:rsidR="00811695" w:rsidRDefault="00811695"/>
        </w:tc>
        <w:tc>
          <w:tcPr>
            <w:tcW w:w="907" w:type="dxa"/>
            <w:shd w:val="clear" w:color="auto" w:fill="E7E6E6"/>
            <w:vAlign w:val="center"/>
          </w:tcPr>
          <w:p w14:paraId="5B54A25B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ท</w:t>
            </w:r>
          </w:p>
        </w:tc>
        <w:tc>
          <w:tcPr>
            <w:tcW w:w="907" w:type="dxa"/>
            <w:shd w:val="clear" w:color="auto" w:fill="E7E6E6"/>
            <w:vAlign w:val="center"/>
          </w:tcPr>
          <w:p w14:paraId="58E57611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ป</w:t>
            </w:r>
          </w:p>
        </w:tc>
        <w:tc>
          <w:tcPr>
            <w:tcW w:w="907" w:type="dxa"/>
            <w:shd w:val="clear" w:color="auto" w:fill="E7E6E6"/>
            <w:vAlign w:val="center"/>
          </w:tcPr>
          <w:p w14:paraId="75EF516D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รวม</w:t>
            </w:r>
          </w:p>
        </w:tc>
      </w:tr>
      <w:tr w:rsidR="00811695" w14:paraId="5D3FCA0F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021FF286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82" w:type="dxa"/>
          </w:tcPr>
          <w:p w14:paraId="1EA7A3EC" w14:textId="77777777" w:rsidR="00811695" w:rsidRDefault="00811695"/>
        </w:tc>
        <w:tc>
          <w:tcPr>
            <w:tcW w:w="1701" w:type="dxa"/>
          </w:tcPr>
          <w:p w14:paraId="204852C8" w14:textId="77777777" w:rsidR="00811695" w:rsidRDefault="00811695"/>
        </w:tc>
        <w:tc>
          <w:tcPr>
            <w:tcW w:w="907" w:type="dxa"/>
          </w:tcPr>
          <w:p w14:paraId="119C760F" w14:textId="77777777" w:rsidR="00811695" w:rsidRDefault="00811695"/>
        </w:tc>
        <w:tc>
          <w:tcPr>
            <w:tcW w:w="907" w:type="dxa"/>
          </w:tcPr>
          <w:p w14:paraId="3A69E827" w14:textId="77777777" w:rsidR="00811695" w:rsidRDefault="00811695"/>
        </w:tc>
        <w:tc>
          <w:tcPr>
            <w:tcW w:w="907" w:type="dxa"/>
          </w:tcPr>
          <w:p w14:paraId="0BFBFDAF" w14:textId="77777777" w:rsidR="00811695" w:rsidRDefault="00811695"/>
        </w:tc>
      </w:tr>
      <w:tr w:rsidR="00811695" w14:paraId="6D474F5B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73379715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82" w:type="dxa"/>
          </w:tcPr>
          <w:p w14:paraId="36AC0793" w14:textId="77777777" w:rsidR="00811695" w:rsidRDefault="00811695"/>
        </w:tc>
        <w:tc>
          <w:tcPr>
            <w:tcW w:w="1701" w:type="dxa"/>
          </w:tcPr>
          <w:p w14:paraId="00AB717E" w14:textId="77777777" w:rsidR="00811695" w:rsidRDefault="00811695"/>
        </w:tc>
        <w:tc>
          <w:tcPr>
            <w:tcW w:w="907" w:type="dxa"/>
          </w:tcPr>
          <w:p w14:paraId="4C2D8F24" w14:textId="77777777" w:rsidR="00811695" w:rsidRDefault="00811695"/>
        </w:tc>
        <w:tc>
          <w:tcPr>
            <w:tcW w:w="907" w:type="dxa"/>
          </w:tcPr>
          <w:p w14:paraId="0AD943E8" w14:textId="77777777" w:rsidR="00811695" w:rsidRDefault="00811695"/>
        </w:tc>
        <w:tc>
          <w:tcPr>
            <w:tcW w:w="907" w:type="dxa"/>
          </w:tcPr>
          <w:p w14:paraId="4C0EC278" w14:textId="77777777" w:rsidR="00811695" w:rsidRDefault="00811695"/>
        </w:tc>
      </w:tr>
      <w:tr w:rsidR="00811695" w14:paraId="4E29483C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63BC4720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82" w:type="dxa"/>
          </w:tcPr>
          <w:p w14:paraId="49017436" w14:textId="77777777" w:rsidR="00811695" w:rsidRDefault="00811695"/>
        </w:tc>
        <w:tc>
          <w:tcPr>
            <w:tcW w:w="1701" w:type="dxa"/>
          </w:tcPr>
          <w:p w14:paraId="57D4106F" w14:textId="77777777" w:rsidR="00811695" w:rsidRDefault="00811695"/>
        </w:tc>
        <w:tc>
          <w:tcPr>
            <w:tcW w:w="907" w:type="dxa"/>
          </w:tcPr>
          <w:p w14:paraId="7D8763D6" w14:textId="77777777" w:rsidR="00811695" w:rsidRDefault="00811695"/>
        </w:tc>
        <w:tc>
          <w:tcPr>
            <w:tcW w:w="907" w:type="dxa"/>
          </w:tcPr>
          <w:p w14:paraId="4E0E1010" w14:textId="77777777" w:rsidR="00811695" w:rsidRDefault="00811695"/>
        </w:tc>
        <w:tc>
          <w:tcPr>
            <w:tcW w:w="907" w:type="dxa"/>
          </w:tcPr>
          <w:p w14:paraId="0C8B1174" w14:textId="77777777" w:rsidR="00811695" w:rsidRDefault="00811695"/>
        </w:tc>
      </w:tr>
      <w:tr w:rsidR="00811695" w14:paraId="197BEF79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20C50F60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82" w:type="dxa"/>
          </w:tcPr>
          <w:p w14:paraId="42EB86BA" w14:textId="77777777" w:rsidR="00811695" w:rsidRDefault="00811695"/>
        </w:tc>
        <w:tc>
          <w:tcPr>
            <w:tcW w:w="1701" w:type="dxa"/>
          </w:tcPr>
          <w:p w14:paraId="609C77E4" w14:textId="77777777" w:rsidR="00811695" w:rsidRDefault="00811695"/>
        </w:tc>
        <w:tc>
          <w:tcPr>
            <w:tcW w:w="907" w:type="dxa"/>
          </w:tcPr>
          <w:p w14:paraId="6DB05C5D" w14:textId="77777777" w:rsidR="00811695" w:rsidRDefault="00811695"/>
        </w:tc>
        <w:tc>
          <w:tcPr>
            <w:tcW w:w="907" w:type="dxa"/>
          </w:tcPr>
          <w:p w14:paraId="21D44343" w14:textId="77777777" w:rsidR="00811695" w:rsidRDefault="00811695"/>
        </w:tc>
        <w:tc>
          <w:tcPr>
            <w:tcW w:w="907" w:type="dxa"/>
          </w:tcPr>
          <w:p w14:paraId="67253555" w14:textId="77777777" w:rsidR="00811695" w:rsidRDefault="00811695"/>
        </w:tc>
      </w:tr>
      <w:tr w:rsidR="00811695" w14:paraId="6F13C81F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429EB685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82" w:type="dxa"/>
          </w:tcPr>
          <w:p w14:paraId="5DCCE3AE" w14:textId="77777777" w:rsidR="00811695" w:rsidRDefault="00811695"/>
        </w:tc>
        <w:tc>
          <w:tcPr>
            <w:tcW w:w="1701" w:type="dxa"/>
          </w:tcPr>
          <w:p w14:paraId="18478279" w14:textId="77777777" w:rsidR="00811695" w:rsidRDefault="00811695"/>
        </w:tc>
        <w:tc>
          <w:tcPr>
            <w:tcW w:w="907" w:type="dxa"/>
          </w:tcPr>
          <w:p w14:paraId="0A6523E4" w14:textId="77777777" w:rsidR="00811695" w:rsidRDefault="00811695"/>
        </w:tc>
        <w:tc>
          <w:tcPr>
            <w:tcW w:w="907" w:type="dxa"/>
          </w:tcPr>
          <w:p w14:paraId="651EA3B0" w14:textId="77777777" w:rsidR="00811695" w:rsidRDefault="00811695"/>
        </w:tc>
        <w:tc>
          <w:tcPr>
            <w:tcW w:w="907" w:type="dxa"/>
          </w:tcPr>
          <w:p w14:paraId="637A8A2D" w14:textId="77777777" w:rsidR="00811695" w:rsidRDefault="00811695"/>
        </w:tc>
      </w:tr>
      <w:tr w:rsidR="00811695" w14:paraId="5E66E70A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64F13D0E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82" w:type="dxa"/>
          </w:tcPr>
          <w:p w14:paraId="15C01C3A" w14:textId="77777777" w:rsidR="00811695" w:rsidRDefault="00811695"/>
        </w:tc>
        <w:tc>
          <w:tcPr>
            <w:tcW w:w="1701" w:type="dxa"/>
          </w:tcPr>
          <w:p w14:paraId="0607A442" w14:textId="77777777" w:rsidR="00811695" w:rsidRDefault="00811695"/>
        </w:tc>
        <w:tc>
          <w:tcPr>
            <w:tcW w:w="907" w:type="dxa"/>
          </w:tcPr>
          <w:p w14:paraId="6E351A84" w14:textId="77777777" w:rsidR="00811695" w:rsidRDefault="00811695"/>
        </w:tc>
        <w:tc>
          <w:tcPr>
            <w:tcW w:w="907" w:type="dxa"/>
          </w:tcPr>
          <w:p w14:paraId="0647300B" w14:textId="77777777" w:rsidR="00811695" w:rsidRDefault="00811695"/>
        </w:tc>
        <w:tc>
          <w:tcPr>
            <w:tcW w:w="907" w:type="dxa"/>
          </w:tcPr>
          <w:p w14:paraId="740AD3A9" w14:textId="77777777" w:rsidR="00811695" w:rsidRDefault="00811695"/>
        </w:tc>
      </w:tr>
      <w:tr w:rsidR="00811695" w14:paraId="5AD722C5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2CBA5329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082" w:type="dxa"/>
          </w:tcPr>
          <w:p w14:paraId="03150E49" w14:textId="77777777" w:rsidR="00811695" w:rsidRDefault="00811695"/>
        </w:tc>
        <w:tc>
          <w:tcPr>
            <w:tcW w:w="1701" w:type="dxa"/>
          </w:tcPr>
          <w:p w14:paraId="59D1B772" w14:textId="77777777" w:rsidR="00811695" w:rsidRDefault="00811695"/>
        </w:tc>
        <w:tc>
          <w:tcPr>
            <w:tcW w:w="907" w:type="dxa"/>
          </w:tcPr>
          <w:p w14:paraId="5D7781B5" w14:textId="77777777" w:rsidR="00811695" w:rsidRDefault="00811695"/>
        </w:tc>
        <w:tc>
          <w:tcPr>
            <w:tcW w:w="907" w:type="dxa"/>
          </w:tcPr>
          <w:p w14:paraId="4CB7DFCF" w14:textId="77777777" w:rsidR="00811695" w:rsidRDefault="00811695"/>
        </w:tc>
        <w:tc>
          <w:tcPr>
            <w:tcW w:w="907" w:type="dxa"/>
          </w:tcPr>
          <w:p w14:paraId="4511E6FC" w14:textId="77777777" w:rsidR="00811695" w:rsidRDefault="00811695"/>
        </w:tc>
      </w:tr>
      <w:tr w:rsidR="00811695" w14:paraId="086F9B60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0A5DB583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82" w:type="dxa"/>
          </w:tcPr>
          <w:p w14:paraId="4809232E" w14:textId="77777777" w:rsidR="00811695" w:rsidRDefault="00811695"/>
        </w:tc>
        <w:tc>
          <w:tcPr>
            <w:tcW w:w="1701" w:type="dxa"/>
          </w:tcPr>
          <w:p w14:paraId="21976538" w14:textId="77777777" w:rsidR="00811695" w:rsidRDefault="00811695"/>
        </w:tc>
        <w:tc>
          <w:tcPr>
            <w:tcW w:w="907" w:type="dxa"/>
          </w:tcPr>
          <w:p w14:paraId="4812D016" w14:textId="77777777" w:rsidR="00811695" w:rsidRDefault="00811695"/>
        </w:tc>
        <w:tc>
          <w:tcPr>
            <w:tcW w:w="907" w:type="dxa"/>
          </w:tcPr>
          <w:p w14:paraId="14C5C56B" w14:textId="77777777" w:rsidR="00811695" w:rsidRDefault="00811695"/>
        </w:tc>
        <w:tc>
          <w:tcPr>
            <w:tcW w:w="907" w:type="dxa"/>
          </w:tcPr>
          <w:p w14:paraId="02336328" w14:textId="77777777" w:rsidR="00811695" w:rsidRDefault="00811695"/>
        </w:tc>
      </w:tr>
      <w:tr w:rsidR="00811695" w14:paraId="7D34DBB6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3CA85AF0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082" w:type="dxa"/>
          </w:tcPr>
          <w:p w14:paraId="21B58857" w14:textId="77777777" w:rsidR="00811695" w:rsidRDefault="00811695"/>
        </w:tc>
        <w:tc>
          <w:tcPr>
            <w:tcW w:w="1701" w:type="dxa"/>
          </w:tcPr>
          <w:p w14:paraId="4C3C3005" w14:textId="77777777" w:rsidR="00811695" w:rsidRDefault="00811695"/>
        </w:tc>
        <w:tc>
          <w:tcPr>
            <w:tcW w:w="907" w:type="dxa"/>
          </w:tcPr>
          <w:p w14:paraId="3C0B156B" w14:textId="77777777" w:rsidR="00811695" w:rsidRDefault="00811695"/>
        </w:tc>
        <w:tc>
          <w:tcPr>
            <w:tcW w:w="907" w:type="dxa"/>
          </w:tcPr>
          <w:p w14:paraId="10418F67" w14:textId="77777777" w:rsidR="00811695" w:rsidRDefault="00811695"/>
        </w:tc>
        <w:tc>
          <w:tcPr>
            <w:tcW w:w="907" w:type="dxa"/>
          </w:tcPr>
          <w:p w14:paraId="3E271A9D" w14:textId="77777777" w:rsidR="00811695" w:rsidRDefault="00811695"/>
        </w:tc>
      </w:tr>
      <w:tr w:rsidR="00811695" w14:paraId="5C3605F2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6FDDDDC9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082" w:type="dxa"/>
          </w:tcPr>
          <w:p w14:paraId="2D924DD9" w14:textId="77777777" w:rsidR="00811695" w:rsidRDefault="00811695"/>
        </w:tc>
        <w:tc>
          <w:tcPr>
            <w:tcW w:w="1701" w:type="dxa"/>
          </w:tcPr>
          <w:p w14:paraId="60C151FA" w14:textId="77777777" w:rsidR="00811695" w:rsidRDefault="00811695"/>
        </w:tc>
        <w:tc>
          <w:tcPr>
            <w:tcW w:w="907" w:type="dxa"/>
          </w:tcPr>
          <w:p w14:paraId="7372BCFB" w14:textId="77777777" w:rsidR="00811695" w:rsidRDefault="00811695"/>
        </w:tc>
        <w:tc>
          <w:tcPr>
            <w:tcW w:w="907" w:type="dxa"/>
          </w:tcPr>
          <w:p w14:paraId="13C8EF3C" w14:textId="77777777" w:rsidR="00811695" w:rsidRDefault="00811695"/>
        </w:tc>
        <w:tc>
          <w:tcPr>
            <w:tcW w:w="907" w:type="dxa"/>
          </w:tcPr>
          <w:p w14:paraId="1E8E82A0" w14:textId="77777777" w:rsidR="00811695" w:rsidRDefault="00811695"/>
        </w:tc>
      </w:tr>
      <w:tr w:rsidR="00811695" w14:paraId="43A144E5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1F8EFC3E" w14:textId="77777777" w:rsidR="00811695" w:rsidRDefault="00811695">
            <w:pPr>
              <w:jc w:val="center"/>
            </w:pPr>
          </w:p>
        </w:tc>
        <w:tc>
          <w:tcPr>
            <w:tcW w:w="4082" w:type="dxa"/>
            <w:vAlign w:val="center"/>
          </w:tcPr>
          <w:p w14:paraId="4B6F9C82" w14:textId="77777777" w:rsidR="00811695" w:rsidRDefault="00000000">
            <w:r>
              <w:rPr>
                <w:sz w:val="28"/>
                <w:szCs w:val="28"/>
              </w:rPr>
              <w:t>ประเมินผลลัพธ์การเรียนรู้ระดับรายวิชา</w:t>
            </w:r>
          </w:p>
        </w:tc>
        <w:tc>
          <w:tcPr>
            <w:tcW w:w="1701" w:type="dxa"/>
          </w:tcPr>
          <w:p w14:paraId="13D3F3BB" w14:textId="77777777" w:rsidR="00811695" w:rsidRDefault="00811695"/>
        </w:tc>
        <w:tc>
          <w:tcPr>
            <w:tcW w:w="907" w:type="dxa"/>
          </w:tcPr>
          <w:p w14:paraId="453A11DE" w14:textId="77777777" w:rsidR="00811695" w:rsidRDefault="00811695"/>
        </w:tc>
        <w:tc>
          <w:tcPr>
            <w:tcW w:w="907" w:type="dxa"/>
          </w:tcPr>
          <w:p w14:paraId="5FCC4FAF" w14:textId="77777777" w:rsidR="00811695" w:rsidRDefault="00811695"/>
        </w:tc>
        <w:tc>
          <w:tcPr>
            <w:tcW w:w="907" w:type="dxa"/>
          </w:tcPr>
          <w:p w14:paraId="3C19C4D7" w14:textId="77777777" w:rsidR="00811695" w:rsidRDefault="00811695"/>
        </w:tc>
      </w:tr>
      <w:tr w:rsidR="00811695" w14:paraId="392B8D3A" w14:textId="77777777">
        <w:trPr>
          <w:trHeight w:val="482"/>
          <w:jc w:val="center"/>
        </w:trPr>
        <w:tc>
          <w:tcPr>
            <w:tcW w:w="850" w:type="dxa"/>
            <w:vAlign w:val="center"/>
          </w:tcPr>
          <w:p w14:paraId="1CDCE866" w14:textId="77777777" w:rsidR="00811695" w:rsidRDefault="00811695">
            <w:pPr>
              <w:jc w:val="center"/>
            </w:pPr>
          </w:p>
        </w:tc>
        <w:tc>
          <w:tcPr>
            <w:tcW w:w="4082" w:type="dxa"/>
            <w:vAlign w:val="center"/>
          </w:tcPr>
          <w:p w14:paraId="61CC5769" w14:textId="77777777" w:rsidR="00811695" w:rsidRDefault="00000000">
            <w:r>
              <w:rPr>
                <w:sz w:val="28"/>
                <w:szCs w:val="28"/>
              </w:rPr>
              <w:t>สอบปลายภาค</w:t>
            </w:r>
          </w:p>
        </w:tc>
        <w:tc>
          <w:tcPr>
            <w:tcW w:w="1701" w:type="dxa"/>
          </w:tcPr>
          <w:p w14:paraId="7742467C" w14:textId="77777777" w:rsidR="00811695" w:rsidRDefault="00811695"/>
        </w:tc>
        <w:tc>
          <w:tcPr>
            <w:tcW w:w="907" w:type="dxa"/>
          </w:tcPr>
          <w:p w14:paraId="4497001A" w14:textId="77777777" w:rsidR="00811695" w:rsidRDefault="00811695"/>
        </w:tc>
        <w:tc>
          <w:tcPr>
            <w:tcW w:w="907" w:type="dxa"/>
          </w:tcPr>
          <w:p w14:paraId="6FEBC56D" w14:textId="77777777" w:rsidR="00811695" w:rsidRDefault="00811695"/>
        </w:tc>
        <w:tc>
          <w:tcPr>
            <w:tcW w:w="907" w:type="dxa"/>
          </w:tcPr>
          <w:p w14:paraId="4301DA96" w14:textId="77777777" w:rsidR="00811695" w:rsidRDefault="00811695"/>
        </w:tc>
      </w:tr>
      <w:tr w:rsidR="00811695" w14:paraId="28D3C917" w14:textId="77777777">
        <w:trPr>
          <w:jc w:val="center"/>
        </w:trPr>
        <w:tc>
          <w:tcPr>
            <w:tcW w:w="1701" w:type="dxa"/>
            <w:gridSpan w:val="3"/>
            <w:shd w:val="clear" w:color="auto" w:fill="F2F2F2"/>
            <w:vAlign w:val="center"/>
          </w:tcPr>
          <w:p w14:paraId="56D5B0A7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รวม</w:t>
            </w:r>
          </w:p>
        </w:tc>
        <w:tc>
          <w:tcPr>
            <w:tcW w:w="907" w:type="dxa"/>
          </w:tcPr>
          <w:p w14:paraId="5EE6D48D" w14:textId="77777777" w:rsidR="00811695" w:rsidRDefault="00811695"/>
        </w:tc>
        <w:tc>
          <w:tcPr>
            <w:tcW w:w="907" w:type="dxa"/>
          </w:tcPr>
          <w:p w14:paraId="587515EA" w14:textId="77777777" w:rsidR="00811695" w:rsidRDefault="00811695"/>
        </w:tc>
        <w:tc>
          <w:tcPr>
            <w:tcW w:w="907" w:type="dxa"/>
          </w:tcPr>
          <w:p w14:paraId="1ED6930B" w14:textId="77777777" w:rsidR="00811695" w:rsidRDefault="00811695"/>
        </w:tc>
      </w:tr>
    </w:tbl>
    <w:p w14:paraId="5FD644C1" w14:textId="77777777" w:rsidR="00811695" w:rsidRDefault="00000000">
      <w:pPr>
        <w:spacing w:before="160"/>
      </w:pPr>
      <w:r>
        <w:rPr>
          <w:b/>
          <w:bCs/>
          <w:sz w:val="28"/>
          <w:szCs w:val="28"/>
          <w:u w:val="single"/>
        </w:rPr>
        <w:t>คำอธิบาย</w:t>
      </w:r>
      <w:r>
        <w:rPr>
          <w:b/>
          <w:bCs/>
          <w:sz w:val="28"/>
          <w:szCs w:val="28"/>
        </w:rPr>
        <w:t xml:space="preserve">  หน่วยการเรียนรู้และเวลาเรียน</w:t>
      </w:r>
    </w:p>
    <w:p w14:paraId="3A18924E" w14:textId="77777777" w:rsidR="00811695" w:rsidRDefault="00000000">
      <w:pPr>
        <w:ind w:left="454" w:hanging="283"/>
      </w:pPr>
      <w:r>
        <w:rPr>
          <w:sz w:val="28"/>
          <w:szCs w:val="28"/>
        </w:rPr>
        <w:t>1. หน่วยการเรียนรู้ ให้ตรงกับตารางหน่วยการเรียนรู้ในแผนการจัดการเรียนรู้ ซึ่งได้จากการวิเคราะห์งานหลัก (Duty) และ/หรืองานย่อย (Task)</w:t>
      </w:r>
    </w:p>
    <w:p w14:paraId="5BB18D48" w14:textId="77777777" w:rsidR="00811695" w:rsidRDefault="00000000">
      <w:pPr>
        <w:ind w:left="454" w:hanging="283"/>
      </w:pPr>
      <w:r>
        <w:rPr>
          <w:sz w:val="28"/>
          <w:szCs w:val="28"/>
        </w:rPr>
        <w:t>2. การกำหนดชั่วโมงทฤษฎีและชั่วโมงปฏิบัติในแต่ละหน่วย ให้สัมพันธ์กับชั่วโมงทฤษฎีและชั่วโมงปฏิบัติต่อสัปดาห์ที่กำหนดในหลักสูตรรายวิชา</w:t>
      </w:r>
    </w:p>
    <w:p w14:paraId="4585DFEB" w14:textId="77777777" w:rsidR="00811695" w:rsidRDefault="00000000">
      <w:pPr>
        <w:ind w:left="454" w:hanging="283"/>
      </w:pPr>
      <w:r>
        <w:rPr>
          <w:sz w:val="28"/>
          <w:szCs w:val="28"/>
        </w:rPr>
        <w:t>3. ชั่วโมงรวมทฤษฎีและปฏิบัติทั้งรายวิชา ให้เป็นไปตามเงื่อนไขที่กำหนดไว้ในหลักสูตร (จำนวนชั่วโมงต่อสัปดาห์ × จำนวนสัปดาห์)</w:t>
      </w:r>
    </w:p>
    <w:p w14:paraId="3BEC0F44" w14:textId="77777777" w:rsidR="00811695" w:rsidRDefault="00000000">
      <w:pPr>
        <w:ind w:left="454" w:hanging="283"/>
      </w:pPr>
      <w:r>
        <w:rPr>
          <w:sz w:val="28"/>
          <w:szCs w:val="28"/>
        </w:rPr>
        <w:t>4. เพิ่มหรือลดแถวได้ตามจำนวนหน่วยการเรียนรู้จริงของรายวิชา</w:t>
      </w:r>
    </w:p>
    <w:p w14:paraId="6A1275D3" w14:textId="77777777" w:rsidR="00811695" w:rsidRDefault="00811695">
      <w:pPr>
        <w:sectPr w:rsidR="00811695">
          <w:footerReference w:type="default" r:id="rId9"/>
          <w:pgSz w:w="11906" w:h="16838"/>
          <w:pgMar w:top="1134" w:right="1134" w:bottom="1134" w:left="1417" w:header="720" w:footer="720" w:gutter="0"/>
          <w:cols w:space="720"/>
          <w:titlePg/>
          <w:docGrid w:linePitch="360"/>
        </w:sectPr>
      </w:pPr>
    </w:p>
    <w:p w14:paraId="613EFC7D" w14:textId="77777777" w:rsidR="00811695" w:rsidRDefault="00000000">
      <w:pPr>
        <w:spacing w:after="80"/>
        <w:jc w:val="center"/>
      </w:pPr>
      <w:r>
        <w:rPr>
          <w:b/>
          <w:bCs/>
          <w:sz w:val="40"/>
          <w:szCs w:val="40"/>
        </w:rPr>
        <w:lastRenderedPageBreak/>
        <w:t>ส่วนที่ 4  กำหนดการสอนรายสัปดาห์</w:t>
      </w:r>
    </w:p>
    <w:p w14:paraId="48692346" w14:textId="77777777" w:rsidR="00811695" w:rsidRDefault="00000000">
      <w:pPr>
        <w:tabs>
          <w:tab w:val="left" w:leader="dot" w:pos="3118"/>
          <w:tab w:val="left" w:leader="dot" w:pos="8220"/>
          <w:tab w:val="left" w:leader="dot" w:pos="10488"/>
          <w:tab w:val="left" w:leader="dot" w:pos="12472"/>
          <w:tab w:val="left" w:leader="dot" w:pos="15024"/>
        </w:tabs>
        <w:spacing w:after="120"/>
      </w:pPr>
      <w:r>
        <w:rPr>
          <w:b/>
          <w:bCs/>
        </w:rPr>
        <w:t xml:space="preserve">รหัสวิชา </w:t>
      </w:r>
      <w:r>
        <w:tab/>
      </w:r>
      <w:r>
        <w:rPr>
          <w:b/>
          <w:bCs/>
        </w:rPr>
        <w:t xml:space="preserve">  ชื่อวิชา </w:t>
      </w:r>
      <w:r>
        <w:tab/>
      </w:r>
      <w:r>
        <w:rPr>
          <w:b/>
          <w:bCs/>
        </w:rPr>
        <w:t xml:space="preserve">   ท-ป-น </w:t>
      </w:r>
      <w:r>
        <w:tab/>
      </w:r>
      <w:r>
        <w:rPr>
          <w:b/>
          <w:bCs/>
        </w:rPr>
        <w:t xml:space="preserve">   ภาคเรียนที่ </w:t>
      </w:r>
      <w:r>
        <w:tab/>
      </w:r>
      <w:r>
        <w:rPr>
          <w:b/>
          <w:bCs/>
        </w:rPr>
        <w:t xml:space="preserve">  ปีการศึกษา </w:t>
      </w:r>
      <w:r>
        <w:tab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1304"/>
        <w:gridCol w:w="2835"/>
        <w:gridCol w:w="2835"/>
        <w:gridCol w:w="2494"/>
        <w:gridCol w:w="1814"/>
        <w:gridCol w:w="1814"/>
        <w:gridCol w:w="1247"/>
      </w:tblGrid>
      <w:tr w:rsidR="00811695" w14:paraId="7B178C5F" w14:textId="77777777">
        <w:trPr>
          <w:tblHeader/>
          <w:jc w:val="center"/>
        </w:trPr>
        <w:tc>
          <w:tcPr>
            <w:tcW w:w="794" w:type="dxa"/>
            <w:shd w:val="clear" w:color="auto" w:fill="E7E6E6"/>
            <w:vAlign w:val="center"/>
          </w:tcPr>
          <w:p w14:paraId="047B026F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สัปดาห์</w:t>
            </w:r>
          </w:p>
          <w:p w14:paraId="7E19132B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ที่</w:t>
            </w:r>
          </w:p>
        </w:tc>
        <w:tc>
          <w:tcPr>
            <w:tcW w:w="1304" w:type="dxa"/>
            <w:shd w:val="clear" w:color="auto" w:fill="E7E6E6"/>
            <w:vAlign w:val="center"/>
          </w:tcPr>
          <w:p w14:paraId="23015754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วัน/เดือน/ปี</w:t>
            </w:r>
          </w:p>
        </w:tc>
        <w:tc>
          <w:tcPr>
            <w:tcW w:w="2835" w:type="dxa"/>
            <w:shd w:val="clear" w:color="auto" w:fill="E7E6E6"/>
            <w:vAlign w:val="center"/>
          </w:tcPr>
          <w:p w14:paraId="057FEAFD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หน่วยที่ / ชื่อหน่วย</w:t>
            </w:r>
          </w:p>
          <w:p w14:paraId="1766AB9A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สาระการเรียนรู้</w:t>
            </w:r>
          </w:p>
        </w:tc>
        <w:tc>
          <w:tcPr>
            <w:tcW w:w="2835" w:type="dxa"/>
            <w:shd w:val="clear" w:color="auto" w:fill="E7E6E6"/>
            <w:vAlign w:val="center"/>
          </w:tcPr>
          <w:p w14:paraId="58D1F58E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สมรรถนะประจำหน่วย /</w:t>
            </w:r>
          </w:p>
          <w:p w14:paraId="09C634C9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จุดประสงค์เชิงพฤติกรรม</w:t>
            </w:r>
          </w:p>
        </w:tc>
        <w:tc>
          <w:tcPr>
            <w:tcW w:w="2494" w:type="dxa"/>
            <w:shd w:val="clear" w:color="auto" w:fill="E7E6E6"/>
            <w:vAlign w:val="center"/>
          </w:tcPr>
          <w:p w14:paraId="13E3C196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กิจกรรมการเรียนรู้</w:t>
            </w:r>
          </w:p>
          <w:p w14:paraId="238664AC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(วิธีสอน)</w:t>
            </w:r>
          </w:p>
        </w:tc>
        <w:tc>
          <w:tcPr>
            <w:tcW w:w="1814" w:type="dxa"/>
            <w:shd w:val="clear" w:color="auto" w:fill="E7E6E6"/>
            <w:vAlign w:val="center"/>
          </w:tcPr>
          <w:p w14:paraId="75D0D167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สื่อและแหล่ง</w:t>
            </w:r>
          </w:p>
          <w:p w14:paraId="66FE6217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การเรียนรู้</w:t>
            </w:r>
          </w:p>
        </w:tc>
        <w:tc>
          <w:tcPr>
            <w:tcW w:w="1814" w:type="dxa"/>
            <w:shd w:val="clear" w:color="auto" w:fill="E7E6E6"/>
            <w:vAlign w:val="center"/>
          </w:tcPr>
          <w:p w14:paraId="4805E7FE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การวัดและ</w:t>
            </w:r>
          </w:p>
          <w:p w14:paraId="25A1DABC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ประเมินผล</w:t>
            </w:r>
          </w:p>
        </w:tc>
        <w:tc>
          <w:tcPr>
            <w:tcW w:w="1247" w:type="dxa"/>
            <w:shd w:val="clear" w:color="auto" w:fill="E7E6E6"/>
            <w:vAlign w:val="center"/>
          </w:tcPr>
          <w:p w14:paraId="4D512182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ชั่วโมง</w:t>
            </w:r>
          </w:p>
          <w:p w14:paraId="3C7F4F72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ท / ป</w:t>
            </w:r>
          </w:p>
        </w:tc>
      </w:tr>
      <w:tr w:rsidR="00811695" w14:paraId="3A5982AA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51710F0C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795B26FB" w14:textId="77777777" w:rsidR="00811695" w:rsidRDefault="00811695"/>
        </w:tc>
        <w:tc>
          <w:tcPr>
            <w:tcW w:w="2835" w:type="dxa"/>
          </w:tcPr>
          <w:p w14:paraId="38F37367" w14:textId="77777777" w:rsidR="00811695" w:rsidRDefault="00811695"/>
        </w:tc>
        <w:tc>
          <w:tcPr>
            <w:tcW w:w="2835" w:type="dxa"/>
          </w:tcPr>
          <w:p w14:paraId="6E9F18F2" w14:textId="77777777" w:rsidR="00811695" w:rsidRDefault="00811695"/>
        </w:tc>
        <w:tc>
          <w:tcPr>
            <w:tcW w:w="2494" w:type="dxa"/>
          </w:tcPr>
          <w:p w14:paraId="688CF6A5" w14:textId="77777777" w:rsidR="00811695" w:rsidRDefault="00811695"/>
        </w:tc>
        <w:tc>
          <w:tcPr>
            <w:tcW w:w="1814" w:type="dxa"/>
          </w:tcPr>
          <w:p w14:paraId="02DF062A" w14:textId="77777777" w:rsidR="00811695" w:rsidRDefault="00811695"/>
        </w:tc>
        <w:tc>
          <w:tcPr>
            <w:tcW w:w="1814" w:type="dxa"/>
          </w:tcPr>
          <w:p w14:paraId="40FC3427" w14:textId="77777777" w:rsidR="00811695" w:rsidRDefault="00811695"/>
        </w:tc>
        <w:tc>
          <w:tcPr>
            <w:tcW w:w="1247" w:type="dxa"/>
          </w:tcPr>
          <w:p w14:paraId="26698D2B" w14:textId="77777777" w:rsidR="00811695" w:rsidRDefault="00811695"/>
        </w:tc>
      </w:tr>
      <w:tr w:rsidR="00811695" w14:paraId="03E1E352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16F677A5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0858BE26" w14:textId="77777777" w:rsidR="00811695" w:rsidRDefault="00811695"/>
        </w:tc>
        <w:tc>
          <w:tcPr>
            <w:tcW w:w="2835" w:type="dxa"/>
          </w:tcPr>
          <w:p w14:paraId="4F837D0A" w14:textId="77777777" w:rsidR="00811695" w:rsidRDefault="00811695"/>
        </w:tc>
        <w:tc>
          <w:tcPr>
            <w:tcW w:w="2835" w:type="dxa"/>
          </w:tcPr>
          <w:p w14:paraId="0260BC2F" w14:textId="77777777" w:rsidR="00811695" w:rsidRDefault="00811695"/>
        </w:tc>
        <w:tc>
          <w:tcPr>
            <w:tcW w:w="2494" w:type="dxa"/>
          </w:tcPr>
          <w:p w14:paraId="541FF87E" w14:textId="77777777" w:rsidR="00811695" w:rsidRDefault="00811695"/>
        </w:tc>
        <w:tc>
          <w:tcPr>
            <w:tcW w:w="1814" w:type="dxa"/>
          </w:tcPr>
          <w:p w14:paraId="698CD410" w14:textId="77777777" w:rsidR="00811695" w:rsidRDefault="00811695"/>
        </w:tc>
        <w:tc>
          <w:tcPr>
            <w:tcW w:w="1814" w:type="dxa"/>
          </w:tcPr>
          <w:p w14:paraId="5AB055EF" w14:textId="77777777" w:rsidR="00811695" w:rsidRDefault="00811695"/>
        </w:tc>
        <w:tc>
          <w:tcPr>
            <w:tcW w:w="1247" w:type="dxa"/>
          </w:tcPr>
          <w:p w14:paraId="39DD8FC9" w14:textId="77777777" w:rsidR="00811695" w:rsidRDefault="00811695"/>
        </w:tc>
      </w:tr>
      <w:tr w:rsidR="00811695" w14:paraId="430C10E7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0BDA7757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57210112" w14:textId="77777777" w:rsidR="00811695" w:rsidRDefault="00811695"/>
        </w:tc>
        <w:tc>
          <w:tcPr>
            <w:tcW w:w="2835" w:type="dxa"/>
          </w:tcPr>
          <w:p w14:paraId="2832FFC9" w14:textId="77777777" w:rsidR="00811695" w:rsidRDefault="00811695"/>
        </w:tc>
        <w:tc>
          <w:tcPr>
            <w:tcW w:w="2835" w:type="dxa"/>
          </w:tcPr>
          <w:p w14:paraId="478B793E" w14:textId="77777777" w:rsidR="00811695" w:rsidRDefault="00811695"/>
        </w:tc>
        <w:tc>
          <w:tcPr>
            <w:tcW w:w="2494" w:type="dxa"/>
          </w:tcPr>
          <w:p w14:paraId="4CB71458" w14:textId="77777777" w:rsidR="00811695" w:rsidRDefault="00811695"/>
        </w:tc>
        <w:tc>
          <w:tcPr>
            <w:tcW w:w="1814" w:type="dxa"/>
          </w:tcPr>
          <w:p w14:paraId="26943F20" w14:textId="77777777" w:rsidR="00811695" w:rsidRDefault="00811695"/>
        </w:tc>
        <w:tc>
          <w:tcPr>
            <w:tcW w:w="1814" w:type="dxa"/>
          </w:tcPr>
          <w:p w14:paraId="20466939" w14:textId="77777777" w:rsidR="00811695" w:rsidRDefault="00811695"/>
        </w:tc>
        <w:tc>
          <w:tcPr>
            <w:tcW w:w="1247" w:type="dxa"/>
          </w:tcPr>
          <w:p w14:paraId="483F64D5" w14:textId="77777777" w:rsidR="00811695" w:rsidRDefault="00811695"/>
        </w:tc>
      </w:tr>
      <w:tr w:rsidR="00811695" w14:paraId="4031877E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40F1395F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0132C7FC" w14:textId="77777777" w:rsidR="00811695" w:rsidRDefault="00811695"/>
        </w:tc>
        <w:tc>
          <w:tcPr>
            <w:tcW w:w="2835" w:type="dxa"/>
          </w:tcPr>
          <w:p w14:paraId="142EB331" w14:textId="77777777" w:rsidR="00811695" w:rsidRDefault="00811695"/>
        </w:tc>
        <w:tc>
          <w:tcPr>
            <w:tcW w:w="2835" w:type="dxa"/>
          </w:tcPr>
          <w:p w14:paraId="5E9D0B75" w14:textId="77777777" w:rsidR="00811695" w:rsidRDefault="00811695"/>
        </w:tc>
        <w:tc>
          <w:tcPr>
            <w:tcW w:w="2494" w:type="dxa"/>
          </w:tcPr>
          <w:p w14:paraId="49CD76BC" w14:textId="77777777" w:rsidR="00811695" w:rsidRDefault="00811695"/>
        </w:tc>
        <w:tc>
          <w:tcPr>
            <w:tcW w:w="1814" w:type="dxa"/>
          </w:tcPr>
          <w:p w14:paraId="6A50E9C1" w14:textId="77777777" w:rsidR="00811695" w:rsidRDefault="00811695"/>
        </w:tc>
        <w:tc>
          <w:tcPr>
            <w:tcW w:w="1814" w:type="dxa"/>
          </w:tcPr>
          <w:p w14:paraId="3D247AB0" w14:textId="77777777" w:rsidR="00811695" w:rsidRDefault="00811695"/>
        </w:tc>
        <w:tc>
          <w:tcPr>
            <w:tcW w:w="1247" w:type="dxa"/>
          </w:tcPr>
          <w:p w14:paraId="3B838928" w14:textId="77777777" w:rsidR="00811695" w:rsidRDefault="00811695"/>
        </w:tc>
      </w:tr>
      <w:tr w:rsidR="00811695" w14:paraId="0668593F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4727BCF2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5A887764" w14:textId="77777777" w:rsidR="00811695" w:rsidRDefault="00811695"/>
        </w:tc>
        <w:tc>
          <w:tcPr>
            <w:tcW w:w="2835" w:type="dxa"/>
          </w:tcPr>
          <w:p w14:paraId="40590B40" w14:textId="77777777" w:rsidR="00811695" w:rsidRDefault="00811695"/>
        </w:tc>
        <w:tc>
          <w:tcPr>
            <w:tcW w:w="2835" w:type="dxa"/>
          </w:tcPr>
          <w:p w14:paraId="33115A83" w14:textId="77777777" w:rsidR="00811695" w:rsidRDefault="00811695"/>
        </w:tc>
        <w:tc>
          <w:tcPr>
            <w:tcW w:w="2494" w:type="dxa"/>
          </w:tcPr>
          <w:p w14:paraId="3BCA1946" w14:textId="77777777" w:rsidR="00811695" w:rsidRDefault="00811695"/>
        </w:tc>
        <w:tc>
          <w:tcPr>
            <w:tcW w:w="1814" w:type="dxa"/>
          </w:tcPr>
          <w:p w14:paraId="5338696C" w14:textId="77777777" w:rsidR="00811695" w:rsidRDefault="00811695"/>
        </w:tc>
        <w:tc>
          <w:tcPr>
            <w:tcW w:w="1814" w:type="dxa"/>
          </w:tcPr>
          <w:p w14:paraId="363129A7" w14:textId="77777777" w:rsidR="00811695" w:rsidRDefault="00811695"/>
        </w:tc>
        <w:tc>
          <w:tcPr>
            <w:tcW w:w="1247" w:type="dxa"/>
          </w:tcPr>
          <w:p w14:paraId="1717C835" w14:textId="77777777" w:rsidR="00811695" w:rsidRDefault="00811695"/>
        </w:tc>
      </w:tr>
      <w:tr w:rsidR="00811695" w14:paraId="1C463761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6C347E01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34D2EE71" w14:textId="77777777" w:rsidR="00811695" w:rsidRDefault="00811695"/>
        </w:tc>
        <w:tc>
          <w:tcPr>
            <w:tcW w:w="2835" w:type="dxa"/>
          </w:tcPr>
          <w:p w14:paraId="1B12251E" w14:textId="77777777" w:rsidR="00811695" w:rsidRDefault="00811695"/>
        </w:tc>
        <w:tc>
          <w:tcPr>
            <w:tcW w:w="2835" w:type="dxa"/>
          </w:tcPr>
          <w:p w14:paraId="2226AEFD" w14:textId="77777777" w:rsidR="00811695" w:rsidRDefault="00811695"/>
        </w:tc>
        <w:tc>
          <w:tcPr>
            <w:tcW w:w="2494" w:type="dxa"/>
          </w:tcPr>
          <w:p w14:paraId="4113F780" w14:textId="77777777" w:rsidR="00811695" w:rsidRDefault="00811695"/>
        </w:tc>
        <w:tc>
          <w:tcPr>
            <w:tcW w:w="1814" w:type="dxa"/>
          </w:tcPr>
          <w:p w14:paraId="360AD04D" w14:textId="77777777" w:rsidR="00811695" w:rsidRDefault="00811695"/>
        </w:tc>
        <w:tc>
          <w:tcPr>
            <w:tcW w:w="1814" w:type="dxa"/>
          </w:tcPr>
          <w:p w14:paraId="57E5FBE7" w14:textId="77777777" w:rsidR="00811695" w:rsidRDefault="00811695"/>
        </w:tc>
        <w:tc>
          <w:tcPr>
            <w:tcW w:w="1247" w:type="dxa"/>
          </w:tcPr>
          <w:p w14:paraId="2CFDB645" w14:textId="77777777" w:rsidR="00811695" w:rsidRDefault="00811695"/>
        </w:tc>
      </w:tr>
      <w:tr w:rsidR="00811695" w14:paraId="79B18E6B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4CC75490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1603E75D" w14:textId="77777777" w:rsidR="00811695" w:rsidRDefault="00811695"/>
        </w:tc>
        <w:tc>
          <w:tcPr>
            <w:tcW w:w="2835" w:type="dxa"/>
          </w:tcPr>
          <w:p w14:paraId="2ECFA677" w14:textId="77777777" w:rsidR="00811695" w:rsidRDefault="00811695"/>
        </w:tc>
        <w:tc>
          <w:tcPr>
            <w:tcW w:w="2835" w:type="dxa"/>
          </w:tcPr>
          <w:p w14:paraId="6F31E83D" w14:textId="77777777" w:rsidR="00811695" w:rsidRDefault="00811695"/>
        </w:tc>
        <w:tc>
          <w:tcPr>
            <w:tcW w:w="2494" w:type="dxa"/>
          </w:tcPr>
          <w:p w14:paraId="68A75129" w14:textId="77777777" w:rsidR="00811695" w:rsidRDefault="00811695"/>
        </w:tc>
        <w:tc>
          <w:tcPr>
            <w:tcW w:w="1814" w:type="dxa"/>
          </w:tcPr>
          <w:p w14:paraId="75E18C66" w14:textId="77777777" w:rsidR="00811695" w:rsidRDefault="00811695"/>
        </w:tc>
        <w:tc>
          <w:tcPr>
            <w:tcW w:w="1814" w:type="dxa"/>
          </w:tcPr>
          <w:p w14:paraId="68D42495" w14:textId="77777777" w:rsidR="00811695" w:rsidRDefault="00811695"/>
        </w:tc>
        <w:tc>
          <w:tcPr>
            <w:tcW w:w="1247" w:type="dxa"/>
          </w:tcPr>
          <w:p w14:paraId="2D8C47F7" w14:textId="77777777" w:rsidR="00811695" w:rsidRDefault="00811695"/>
        </w:tc>
      </w:tr>
      <w:tr w:rsidR="00811695" w14:paraId="1A6AA8DD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2BB187D9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54B555BD" w14:textId="77777777" w:rsidR="00811695" w:rsidRDefault="00811695"/>
        </w:tc>
        <w:tc>
          <w:tcPr>
            <w:tcW w:w="2835" w:type="dxa"/>
          </w:tcPr>
          <w:p w14:paraId="4BA71F8E" w14:textId="77777777" w:rsidR="00811695" w:rsidRDefault="00811695"/>
        </w:tc>
        <w:tc>
          <w:tcPr>
            <w:tcW w:w="2835" w:type="dxa"/>
          </w:tcPr>
          <w:p w14:paraId="65727A01" w14:textId="77777777" w:rsidR="00811695" w:rsidRDefault="00811695"/>
        </w:tc>
        <w:tc>
          <w:tcPr>
            <w:tcW w:w="2494" w:type="dxa"/>
          </w:tcPr>
          <w:p w14:paraId="73BF5605" w14:textId="77777777" w:rsidR="00811695" w:rsidRDefault="00811695"/>
        </w:tc>
        <w:tc>
          <w:tcPr>
            <w:tcW w:w="1814" w:type="dxa"/>
          </w:tcPr>
          <w:p w14:paraId="0E53FFF8" w14:textId="77777777" w:rsidR="00811695" w:rsidRDefault="00811695"/>
        </w:tc>
        <w:tc>
          <w:tcPr>
            <w:tcW w:w="1814" w:type="dxa"/>
          </w:tcPr>
          <w:p w14:paraId="478F9433" w14:textId="77777777" w:rsidR="00811695" w:rsidRDefault="00811695"/>
        </w:tc>
        <w:tc>
          <w:tcPr>
            <w:tcW w:w="1247" w:type="dxa"/>
          </w:tcPr>
          <w:p w14:paraId="6A3550D3" w14:textId="77777777" w:rsidR="00811695" w:rsidRDefault="00811695"/>
        </w:tc>
      </w:tr>
      <w:tr w:rsidR="00811695" w14:paraId="10474178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08DCE395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04" w:type="dxa"/>
          </w:tcPr>
          <w:p w14:paraId="1D136E93" w14:textId="77777777" w:rsidR="00811695" w:rsidRDefault="00811695"/>
        </w:tc>
        <w:tc>
          <w:tcPr>
            <w:tcW w:w="2835" w:type="dxa"/>
          </w:tcPr>
          <w:p w14:paraId="0D85ADA9" w14:textId="77777777" w:rsidR="00811695" w:rsidRDefault="00811695"/>
        </w:tc>
        <w:tc>
          <w:tcPr>
            <w:tcW w:w="2835" w:type="dxa"/>
          </w:tcPr>
          <w:p w14:paraId="5C63DEF8" w14:textId="77777777" w:rsidR="00811695" w:rsidRDefault="00811695"/>
        </w:tc>
        <w:tc>
          <w:tcPr>
            <w:tcW w:w="2494" w:type="dxa"/>
          </w:tcPr>
          <w:p w14:paraId="7E6DC13B" w14:textId="77777777" w:rsidR="00811695" w:rsidRDefault="00811695"/>
        </w:tc>
        <w:tc>
          <w:tcPr>
            <w:tcW w:w="1814" w:type="dxa"/>
          </w:tcPr>
          <w:p w14:paraId="539AFF46" w14:textId="77777777" w:rsidR="00811695" w:rsidRDefault="00811695"/>
        </w:tc>
        <w:tc>
          <w:tcPr>
            <w:tcW w:w="1814" w:type="dxa"/>
          </w:tcPr>
          <w:p w14:paraId="7C401098" w14:textId="77777777" w:rsidR="00811695" w:rsidRDefault="00811695"/>
        </w:tc>
        <w:tc>
          <w:tcPr>
            <w:tcW w:w="1247" w:type="dxa"/>
          </w:tcPr>
          <w:p w14:paraId="40C99433" w14:textId="77777777" w:rsidR="00811695" w:rsidRDefault="00811695"/>
        </w:tc>
      </w:tr>
      <w:tr w:rsidR="00811695" w14:paraId="508DF6DE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18A76360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304" w:type="dxa"/>
          </w:tcPr>
          <w:p w14:paraId="689C17FD" w14:textId="77777777" w:rsidR="00811695" w:rsidRDefault="00811695"/>
        </w:tc>
        <w:tc>
          <w:tcPr>
            <w:tcW w:w="2835" w:type="dxa"/>
          </w:tcPr>
          <w:p w14:paraId="47513501" w14:textId="77777777" w:rsidR="00811695" w:rsidRDefault="00811695"/>
        </w:tc>
        <w:tc>
          <w:tcPr>
            <w:tcW w:w="2835" w:type="dxa"/>
          </w:tcPr>
          <w:p w14:paraId="116B3704" w14:textId="77777777" w:rsidR="00811695" w:rsidRDefault="00811695"/>
        </w:tc>
        <w:tc>
          <w:tcPr>
            <w:tcW w:w="2494" w:type="dxa"/>
          </w:tcPr>
          <w:p w14:paraId="592A4B26" w14:textId="77777777" w:rsidR="00811695" w:rsidRDefault="00811695"/>
        </w:tc>
        <w:tc>
          <w:tcPr>
            <w:tcW w:w="1814" w:type="dxa"/>
          </w:tcPr>
          <w:p w14:paraId="4691E192" w14:textId="77777777" w:rsidR="00811695" w:rsidRDefault="00811695"/>
        </w:tc>
        <w:tc>
          <w:tcPr>
            <w:tcW w:w="1814" w:type="dxa"/>
          </w:tcPr>
          <w:p w14:paraId="6587860A" w14:textId="77777777" w:rsidR="00811695" w:rsidRDefault="00811695"/>
        </w:tc>
        <w:tc>
          <w:tcPr>
            <w:tcW w:w="1247" w:type="dxa"/>
          </w:tcPr>
          <w:p w14:paraId="1B2E0BF8" w14:textId="77777777" w:rsidR="00811695" w:rsidRDefault="00811695"/>
        </w:tc>
      </w:tr>
      <w:tr w:rsidR="00811695" w14:paraId="1AE355BE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71449151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04" w:type="dxa"/>
          </w:tcPr>
          <w:p w14:paraId="6E87B520" w14:textId="77777777" w:rsidR="00811695" w:rsidRDefault="00811695"/>
        </w:tc>
        <w:tc>
          <w:tcPr>
            <w:tcW w:w="2835" w:type="dxa"/>
          </w:tcPr>
          <w:p w14:paraId="673C919F" w14:textId="77777777" w:rsidR="00811695" w:rsidRDefault="00811695"/>
        </w:tc>
        <w:tc>
          <w:tcPr>
            <w:tcW w:w="2835" w:type="dxa"/>
          </w:tcPr>
          <w:p w14:paraId="19AB6A7D" w14:textId="77777777" w:rsidR="00811695" w:rsidRDefault="00811695"/>
        </w:tc>
        <w:tc>
          <w:tcPr>
            <w:tcW w:w="2494" w:type="dxa"/>
          </w:tcPr>
          <w:p w14:paraId="6020FC33" w14:textId="77777777" w:rsidR="00811695" w:rsidRDefault="00811695"/>
        </w:tc>
        <w:tc>
          <w:tcPr>
            <w:tcW w:w="1814" w:type="dxa"/>
          </w:tcPr>
          <w:p w14:paraId="6C78129B" w14:textId="77777777" w:rsidR="00811695" w:rsidRDefault="00811695"/>
        </w:tc>
        <w:tc>
          <w:tcPr>
            <w:tcW w:w="1814" w:type="dxa"/>
          </w:tcPr>
          <w:p w14:paraId="556EBB98" w14:textId="77777777" w:rsidR="00811695" w:rsidRDefault="00811695"/>
        </w:tc>
        <w:tc>
          <w:tcPr>
            <w:tcW w:w="1247" w:type="dxa"/>
          </w:tcPr>
          <w:p w14:paraId="141F96A8" w14:textId="77777777" w:rsidR="00811695" w:rsidRDefault="00811695"/>
        </w:tc>
      </w:tr>
      <w:tr w:rsidR="00811695" w14:paraId="1DE950CF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1E5D2208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04" w:type="dxa"/>
          </w:tcPr>
          <w:p w14:paraId="75EF55BC" w14:textId="77777777" w:rsidR="00811695" w:rsidRDefault="00811695"/>
        </w:tc>
        <w:tc>
          <w:tcPr>
            <w:tcW w:w="2835" w:type="dxa"/>
          </w:tcPr>
          <w:p w14:paraId="79B8FC6A" w14:textId="77777777" w:rsidR="00811695" w:rsidRDefault="00811695"/>
        </w:tc>
        <w:tc>
          <w:tcPr>
            <w:tcW w:w="2835" w:type="dxa"/>
          </w:tcPr>
          <w:p w14:paraId="48B856BC" w14:textId="77777777" w:rsidR="00811695" w:rsidRDefault="00811695"/>
        </w:tc>
        <w:tc>
          <w:tcPr>
            <w:tcW w:w="2494" w:type="dxa"/>
          </w:tcPr>
          <w:p w14:paraId="62E4373F" w14:textId="77777777" w:rsidR="00811695" w:rsidRDefault="00811695"/>
        </w:tc>
        <w:tc>
          <w:tcPr>
            <w:tcW w:w="1814" w:type="dxa"/>
          </w:tcPr>
          <w:p w14:paraId="68285AA1" w14:textId="77777777" w:rsidR="00811695" w:rsidRDefault="00811695"/>
        </w:tc>
        <w:tc>
          <w:tcPr>
            <w:tcW w:w="1814" w:type="dxa"/>
          </w:tcPr>
          <w:p w14:paraId="6F29BE28" w14:textId="77777777" w:rsidR="00811695" w:rsidRDefault="00811695"/>
        </w:tc>
        <w:tc>
          <w:tcPr>
            <w:tcW w:w="1247" w:type="dxa"/>
          </w:tcPr>
          <w:p w14:paraId="2F710569" w14:textId="77777777" w:rsidR="00811695" w:rsidRDefault="00811695"/>
        </w:tc>
      </w:tr>
      <w:tr w:rsidR="00811695" w14:paraId="2DEAD101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1ACDC980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304" w:type="dxa"/>
          </w:tcPr>
          <w:p w14:paraId="63B80518" w14:textId="77777777" w:rsidR="00811695" w:rsidRDefault="00811695"/>
        </w:tc>
        <w:tc>
          <w:tcPr>
            <w:tcW w:w="2835" w:type="dxa"/>
          </w:tcPr>
          <w:p w14:paraId="25A86281" w14:textId="77777777" w:rsidR="00811695" w:rsidRDefault="00811695"/>
        </w:tc>
        <w:tc>
          <w:tcPr>
            <w:tcW w:w="2835" w:type="dxa"/>
          </w:tcPr>
          <w:p w14:paraId="47D7C136" w14:textId="77777777" w:rsidR="00811695" w:rsidRDefault="00811695"/>
        </w:tc>
        <w:tc>
          <w:tcPr>
            <w:tcW w:w="2494" w:type="dxa"/>
          </w:tcPr>
          <w:p w14:paraId="3B1BFFFF" w14:textId="77777777" w:rsidR="00811695" w:rsidRDefault="00811695"/>
        </w:tc>
        <w:tc>
          <w:tcPr>
            <w:tcW w:w="1814" w:type="dxa"/>
          </w:tcPr>
          <w:p w14:paraId="3C38A923" w14:textId="77777777" w:rsidR="00811695" w:rsidRDefault="00811695"/>
        </w:tc>
        <w:tc>
          <w:tcPr>
            <w:tcW w:w="1814" w:type="dxa"/>
          </w:tcPr>
          <w:p w14:paraId="64BD72D6" w14:textId="77777777" w:rsidR="00811695" w:rsidRDefault="00811695"/>
        </w:tc>
        <w:tc>
          <w:tcPr>
            <w:tcW w:w="1247" w:type="dxa"/>
          </w:tcPr>
          <w:p w14:paraId="52EB74C0" w14:textId="77777777" w:rsidR="00811695" w:rsidRDefault="00811695"/>
        </w:tc>
      </w:tr>
      <w:tr w:rsidR="00811695" w14:paraId="484E7681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2460D261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304" w:type="dxa"/>
          </w:tcPr>
          <w:p w14:paraId="3173A3DD" w14:textId="77777777" w:rsidR="00811695" w:rsidRDefault="00811695"/>
        </w:tc>
        <w:tc>
          <w:tcPr>
            <w:tcW w:w="2835" w:type="dxa"/>
          </w:tcPr>
          <w:p w14:paraId="3C6219D8" w14:textId="77777777" w:rsidR="00811695" w:rsidRDefault="00811695"/>
        </w:tc>
        <w:tc>
          <w:tcPr>
            <w:tcW w:w="2835" w:type="dxa"/>
          </w:tcPr>
          <w:p w14:paraId="1A865507" w14:textId="77777777" w:rsidR="00811695" w:rsidRDefault="00811695"/>
        </w:tc>
        <w:tc>
          <w:tcPr>
            <w:tcW w:w="2494" w:type="dxa"/>
          </w:tcPr>
          <w:p w14:paraId="2E78B40D" w14:textId="77777777" w:rsidR="00811695" w:rsidRDefault="00811695"/>
        </w:tc>
        <w:tc>
          <w:tcPr>
            <w:tcW w:w="1814" w:type="dxa"/>
          </w:tcPr>
          <w:p w14:paraId="67A02DA3" w14:textId="77777777" w:rsidR="00811695" w:rsidRDefault="00811695"/>
        </w:tc>
        <w:tc>
          <w:tcPr>
            <w:tcW w:w="1814" w:type="dxa"/>
          </w:tcPr>
          <w:p w14:paraId="0703BB08" w14:textId="77777777" w:rsidR="00811695" w:rsidRDefault="00811695"/>
        </w:tc>
        <w:tc>
          <w:tcPr>
            <w:tcW w:w="1247" w:type="dxa"/>
          </w:tcPr>
          <w:p w14:paraId="352ADC34" w14:textId="77777777" w:rsidR="00811695" w:rsidRDefault="00811695"/>
        </w:tc>
      </w:tr>
      <w:tr w:rsidR="00811695" w14:paraId="13FDFF68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052514E0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04" w:type="dxa"/>
          </w:tcPr>
          <w:p w14:paraId="7A9E78F6" w14:textId="77777777" w:rsidR="00811695" w:rsidRDefault="00811695"/>
        </w:tc>
        <w:tc>
          <w:tcPr>
            <w:tcW w:w="2835" w:type="dxa"/>
          </w:tcPr>
          <w:p w14:paraId="2C938049" w14:textId="77777777" w:rsidR="00811695" w:rsidRDefault="00811695"/>
        </w:tc>
        <w:tc>
          <w:tcPr>
            <w:tcW w:w="2835" w:type="dxa"/>
          </w:tcPr>
          <w:p w14:paraId="31AD415E" w14:textId="77777777" w:rsidR="00811695" w:rsidRDefault="00811695"/>
        </w:tc>
        <w:tc>
          <w:tcPr>
            <w:tcW w:w="2494" w:type="dxa"/>
          </w:tcPr>
          <w:p w14:paraId="5EB18C9C" w14:textId="77777777" w:rsidR="00811695" w:rsidRDefault="00811695"/>
        </w:tc>
        <w:tc>
          <w:tcPr>
            <w:tcW w:w="1814" w:type="dxa"/>
          </w:tcPr>
          <w:p w14:paraId="5C6C383A" w14:textId="77777777" w:rsidR="00811695" w:rsidRDefault="00811695"/>
        </w:tc>
        <w:tc>
          <w:tcPr>
            <w:tcW w:w="1814" w:type="dxa"/>
          </w:tcPr>
          <w:p w14:paraId="3EB5F711" w14:textId="77777777" w:rsidR="00811695" w:rsidRDefault="00811695"/>
        </w:tc>
        <w:tc>
          <w:tcPr>
            <w:tcW w:w="1247" w:type="dxa"/>
          </w:tcPr>
          <w:p w14:paraId="65D41387" w14:textId="77777777" w:rsidR="00811695" w:rsidRDefault="00811695"/>
        </w:tc>
      </w:tr>
      <w:tr w:rsidR="00811695" w14:paraId="72CF0B4F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123BF8B3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304" w:type="dxa"/>
          </w:tcPr>
          <w:p w14:paraId="21C09C2F" w14:textId="77777777" w:rsidR="00811695" w:rsidRDefault="00811695"/>
        </w:tc>
        <w:tc>
          <w:tcPr>
            <w:tcW w:w="2835" w:type="dxa"/>
          </w:tcPr>
          <w:p w14:paraId="7534708B" w14:textId="77777777" w:rsidR="00811695" w:rsidRDefault="00811695"/>
        </w:tc>
        <w:tc>
          <w:tcPr>
            <w:tcW w:w="2835" w:type="dxa"/>
          </w:tcPr>
          <w:p w14:paraId="77CE6A8C" w14:textId="77777777" w:rsidR="00811695" w:rsidRDefault="00811695"/>
        </w:tc>
        <w:tc>
          <w:tcPr>
            <w:tcW w:w="2494" w:type="dxa"/>
          </w:tcPr>
          <w:p w14:paraId="44DA65FC" w14:textId="77777777" w:rsidR="00811695" w:rsidRDefault="00811695"/>
        </w:tc>
        <w:tc>
          <w:tcPr>
            <w:tcW w:w="1814" w:type="dxa"/>
          </w:tcPr>
          <w:p w14:paraId="09874865" w14:textId="77777777" w:rsidR="00811695" w:rsidRDefault="00811695"/>
        </w:tc>
        <w:tc>
          <w:tcPr>
            <w:tcW w:w="1814" w:type="dxa"/>
          </w:tcPr>
          <w:p w14:paraId="25F107FC" w14:textId="77777777" w:rsidR="00811695" w:rsidRDefault="00811695"/>
        </w:tc>
        <w:tc>
          <w:tcPr>
            <w:tcW w:w="1247" w:type="dxa"/>
          </w:tcPr>
          <w:p w14:paraId="2ACC185A" w14:textId="77777777" w:rsidR="00811695" w:rsidRDefault="00811695"/>
        </w:tc>
      </w:tr>
      <w:tr w:rsidR="00811695" w14:paraId="7AA11A0C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0BF1D502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304" w:type="dxa"/>
          </w:tcPr>
          <w:p w14:paraId="57855237" w14:textId="77777777" w:rsidR="00811695" w:rsidRDefault="00811695"/>
        </w:tc>
        <w:tc>
          <w:tcPr>
            <w:tcW w:w="2835" w:type="dxa"/>
          </w:tcPr>
          <w:p w14:paraId="30AFF36E" w14:textId="77777777" w:rsidR="00811695" w:rsidRDefault="00811695"/>
        </w:tc>
        <w:tc>
          <w:tcPr>
            <w:tcW w:w="2835" w:type="dxa"/>
          </w:tcPr>
          <w:p w14:paraId="691A8891" w14:textId="77777777" w:rsidR="00811695" w:rsidRDefault="00811695"/>
        </w:tc>
        <w:tc>
          <w:tcPr>
            <w:tcW w:w="2494" w:type="dxa"/>
          </w:tcPr>
          <w:p w14:paraId="39F61910" w14:textId="77777777" w:rsidR="00811695" w:rsidRDefault="00811695"/>
        </w:tc>
        <w:tc>
          <w:tcPr>
            <w:tcW w:w="1814" w:type="dxa"/>
          </w:tcPr>
          <w:p w14:paraId="312C545A" w14:textId="77777777" w:rsidR="00811695" w:rsidRDefault="00811695"/>
        </w:tc>
        <w:tc>
          <w:tcPr>
            <w:tcW w:w="1814" w:type="dxa"/>
          </w:tcPr>
          <w:p w14:paraId="0CACDCDC" w14:textId="77777777" w:rsidR="00811695" w:rsidRDefault="00811695"/>
        </w:tc>
        <w:tc>
          <w:tcPr>
            <w:tcW w:w="1247" w:type="dxa"/>
          </w:tcPr>
          <w:p w14:paraId="5EA1A76E" w14:textId="77777777" w:rsidR="00811695" w:rsidRDefault="00811695"/>
        </w:tc>
      </w:tr>
      <w:tr w:rsidR="00811695" w14:paraId="6E2C49FB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11713E91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304" w:type="dxa"/>
          </w:tcPr>
          <w:p w14:paraId="4079EC0F" w14:textId="77777777" w:rsidR="00811695" w:rsidRDefault="00811695"/>
        </w:tc>
        <w:tc>
          <w:tcPr>
            <w:tcW w:w="2835" w:type="dxa"/>
          </w:tcPr>
          <w:p w14:paraId="2061DBCF" w14:textId="77777777" w:rsidR="00811695" w:rsidRDefault="00811695"/>
        </w:tc>
        <w:tc>
          <w:tcPr>
            <w:tcW w:w="2835" w:type="dxa"/>
          </w:tcPr>
          <w:p w14:paraId="653A5E4D" w14:textId="77777777" w:rsidR="00811695" w:rsidRDefault="00811695"/>
        </w:tc>
        <w:tc>
          <w:tcPr>
            <w:tcW w:w="2494" w:type="dxa"/>
          </w:tcPr>
          <w:p w14:paraId="0B40A277" w14:textId="77777777" w:rsidR="00811695" w:rsidRDefault="00811695"/>
        </w:tc>
        <w:tc>
          <w:tcPr>
            <w:tcW w:w="1814" w:type="dxa"/>
          </w:tcPr>
          <w:p w14:paraId="49A577B0" w14:textId="77777777" w:rsidR="00811695" w:rsidRDefault="00811695"/>
        </w:tc>
        <w:tc>
          <w:tcPr>
            <w:tcW w:w="1814" w:type="dxa"/>
          </w:tcPr>
          <w:p w14:paraId="6BED6736" w14:textId="77777777" w:rsidR="00811695" w:rsidRDefault="00811695"/>
        </w:tc>
        <w:tc>
          <w:tcPr>
            <w:tcW w:w="1247" w:type="dxa"/>
          </w:tcPr>
          <w:p w14:paraId="0D9D7F60" w14:textId="77777777" w:rsidR="00811695" w:rsidRDefault="00811695"/>
        </w:tc>
      </w:tr>
      <w:tr w:rsidR="00811695" w14:paraId="4703810E" w14:textId="77777777">
        <w:trPr>
          <w:trHeight w:val="794"/>
          <w:jc w:val="center"/>
        </w:trPr>
        <w:tc>
          <w:tcPr>
            <w:tcW w:w="794" w:type="dxa"/>
            <w:vAlign w:val="center"/>
          </w:tcPr>
          <w:p w14:paraId="341F26A8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19-20</w:t>
            </w:r>
          </w:p>
        </w:tc>
        <w:tc>
          <w:tcPr>
            <w:tcW w:w="1304" w:type="dxa"/>
          </w:tcPr>
          <w:p w14:paraId="2A1ADA44" w14:textId="77777777" w:rsidR="00811695" w:rsidRDefault="00811695"/>
        </w:tc>
        <w:tc>
          <w:tcPr>
            <w:tcW w:w="2835" w:type="dxa"/>
            <w:vAlign w:val="center"/>
          </w:tcPr>
          <w:p w14:paraId="6334375F" w14:textId="77777777" w:rsidR="00811695" w:rsidRDefault="00000000">
            <w:r>
              <w:rPr>
                <w:sz w:val="28"/>
                <w:szCs w:val="28"/>
              </w:rPr>
              <w:t>ประเมินผลลัพธ์การเรียนรู้ระดับรายวิชา / สอบปลายภาค</w:t>
            </w:r>
          </w:p>
        </w:tc>
        <w:tc>
          <w:tcPr>
            <w:tcW w:w="2835" w:type="dxa"/>
          </w:tcPr>
          <w:p w14:paraId="653D1B17" w14:textId="77777777" w:rsidR="00811695" w:rsidRDefault="00811695"/>
        </w:tc>
        <w:tc>
          <w:tcPr>
            <w:tcW w:w="2494" w:type="dxa"/>
          </w:tcPr>
          <w:p w14:paraId="74452A8D" w14:textId="77777777" w:rsidR="00811695" w:rsidRDefault="00811695"/>
        </w:tc>
        <w:tc>
          <w:tcPr>
            <w:tcW w:w="1814" w:type="dxa"/>
          </w:tcPr>
          <w:p w14:paraId="1C7E6454" w14:textId="77777777" w:rsidR="00811695" w:rsidRDefault="00811695"/>
        </w:tc>
        <w:tc>
          <w:tcPr>
            <w:tcW w:w="1814" w:type="dxa"/>
          </w:tcPr>
          <w:p w14:paraId="37DB9CCB" w14:textId="77777777" w:rsidR="00811695" w:rsidRDefault="00811695"/>
        </w:tc>
        <w:tc>
          <w:tcPr>
            <w:tcW w:w="1247" w:type="dxa"/>
          </w:tcPr>
          <w:p w14:paraId="7F1AED03" w14:textId="77777777" w:rsidR="00811695" w:rsidRDefault="00811695"/>
        </w:tc>
      </w:tr>
      <w:tr w:rsidR="00811695" w14:paraId="2439FC8B" w14:textId="77777777">
        <w:trPr>
          <w:trHeight w:val="794"/>
          <w:jc w:val="center"/>
        </w:trPr>
        <w:tc>
          <w:tcPr>
            <w:tcW w:w="1814" w:type="dxa"/>
            <w:gridSpan w:val="7"/>
            <w:shd w:val="clear" w:color="auto" w:fill="F2F2F2"/>
            <w:vAlign w:val="center"/>
          </w:tcPr>
          <w:p w14:paraId="6C7ABE64" w14:textId="77777777" w:rsidR="00811695" w:rsidRDefault="00000000">
            <w:pPr>
              <w:jc w:val="right"/>
            </w:pPr>
            <w:r>
              <w:rPr>
                <w:b/>
                <w:bCs/>
                <w:sz w:val="28"/>
                <w:szCs w:val="28"/>
              </w:rPr>
              <w:t>รวมชั่วโมงทั้งสิ้น</w:t>
            </w:r>
          </w:p>
        </w:tc>
        <w:tc>
          <w:tcPr>
            <w:tcW w:w="1247" w:type="dxa"/>
          </w:tcPr>
          <w:p w14:paraId="3BE6E708" w14:textId="77777777" w:rsidR="00811695" w:rsidRDefault="00811695"/>
        </w:tc>
      </w:tr>
    </w:tbl>
    <w:p w14:paraId="5F9A23C8" w14:textId="77777777" w:rsidR="00811695" w:rsidRDefault="00000000">
      <w:pPr>
        <w:spacing w:before="160"/>
      </w:pPr>
      <w:r>
        <w:rPr>
          <w:b/>
          <w:bCs/>
          <w:sz w:val="28"/>
          <w:szCs w:val="28"/>
          <w:u w:val="single"/>
        </w:rPr>
        <w:lastRenderedPageBreak/>
        <w:t>คำอธิบาย</w:t>
      </w:r>
      <w:r>
        <w:rPr>
          <w:b/>
          <w:bCs/>
          <w:sz w:val="28"/>
          <w:szCs w:val="28"/>
        </w:rPr>
        <w:t xml:space="preserve">  การเขียนกำหนดการสอนรายสัปดาห์</w:t>
      </w:r>
    </w:p>
    <w:p w14:paraId="375B8DD8" w14:textId="77777777" w:rsidR="00811695" w:rsidRDefault="00000000">
      <w:pPr>
        <w:ind w:left="454" w:hanging="283"/>
      </w:pPr>
      <w:r>
        <w:rPr>
          <w:sz w:val="28"/>
          <w:szCs w:val="28"/>
        </w:rPr>
        <w:t>1. จำนวนสัปดาห์ หลักสูตร ปวส. 2567 ให้จัดเรียนไม่น้อยกว่า 15 สัปดาห์ โดยไม่รวมการวัดและประเมินผล หลักสูตร ปวช. 2567 ให้เป็นไปตามที่หลักสูตรกำหนด ปรับจำนวนแถวได้ตามปฏิทินการศึกษาของวิทยาลัย</w:t>
      </w:r>
    </w:p>
    <w:p w14:paraId="4E5D574F" w14:textId="77777777" w:rsidR="00811695" w:rsidRDefault="00000000">
      <w:pPr>
        <w:ind w:left="454" w:hanging="283"/>
      </w:pPr>
      <w:r>
        <w:rPr>
          <w:sz w:val="28"/>
          <w:szCs w:val="28"/>
        </w:rPr>
        <w:t>2. หน่วยที่/สาระการเรียนรู้ และสมรรถนะประจำหน่วย/จุดประสงค์เชิงพฤติกรรม ให้สอดคล้องกับแผนการจัดการเรียนรู้ของหน่วยนั้น ๆ</w:t>
      </w:r>
    </w:p>
    <w:p w14:paraId="6DEB423F" w14:textId="77777777" w:rsidR="00811695" w:rsidRDefault="00000000">
      <w:pPr>
        <w:ind w:left="454" w:hanging="283"/>
      </w:pPr>
      <w:r>
        <w:rPr>
          <w:sz w:val="28"/>
          <w:szCs w:val="28"/>
        </w:rPr>
        <w:t>3. กิจกรรมการเรียนรู้ ระบุวิธีสอนหรือรูปแบบการจัดการเรียนรู้ เช่น บรรยาย สาธิต ฝึกปฏิบัติ PBL Active Learning เป็นต้น</w:t>
      </w:r>
    </w:p>
    <w:p w14:paraId="75594ED7" w14:textId="77777777" w:rsidR="00811695" w:rsidRDefault="00000000">
      <w:pPr>
        <w:ind w:left="454" w:hanging="283"/>
      </w:pPr>
      <w:r>
        <w:rPr>
          <w:sz w:val="28"/>
          <w:szCs w:val="28"/>
        </w:rPr>
        <w:t>4. สื่อและแหล่งการเรียนรู้ ระบุใบความรู้ ใบงาน ใบกิจกรรม ใบมอบหมายงาน สื่อดิจิทัล หรือสถานประกอบการที่ใช้</w:t>
      </w:r>
    </w:p>
    <w:p w14:paraId="7E3273EE" w14:textId="77777777" w:rsidR="00811695" w:rsidRDefault="00000000">
      <w:pPr>
        <w:ind w:left="454" w:hanging="283"/>
      </w:pPr>
      <w:r>
        <w:rPr>
          <w:sz w:val="28"/>
          <w:szCs w:val="28"/>
        </w:rPr>
        <w:t>5. การวัดและประเมินผล ระบุวิธีและเครื่องมือประเมิน เช่น แบบทดสอบ แบบประเมินการปฏิบัติงาน แบบสังเกตพฤติกรรม</w:t>
      </w:r>
    </w:p>
    <w:p w14:paraId="70966BF7" w14:textId="77777777" w:rsidR="00811695" w:rsidRDefault="00000000">
      <w:pPr>
        <w:ind w:left="454" w:hanging="283"/>
      </w:pPr>
      <w:r>
        <w:rPr>
          <w:sz w:val="28"/>
          <w:szCs w:val="28"/>
        </w:rPr>
        <w:t>6. สัปดาห์ที่มีวันหยุดหรือกิจกรรมของวิทยาลัย ให้ระบุในช่องวัน/เดือน/ปี และวางแผนสอนชดเชย</w:t>
      </w:r>
    </w:p>
    <w:p w14:paraId="55B8E255" w14:textId="77777777" w:rsidR="00811695" w:rsidRDefault="00811695">
      <w:pPr>
        <w:sectPr w:rsidR="00811695">
          <w:pgSz w:w="16838" w:h="11906" w:orient="landscape"/>
          <w:pgMar w:top="1020" w:right="850" w:bottom="1020" w:left="850" w:header="720" w:footer="720" w:gutter="0"/>
          <w:cols w:space="720"/>
          <w:docGrid w:linePitch="360"/>
        </w:sectPr>
      </w:pPr>
    </w:p>
    <w:p w14:paraId="30CFBD9B" w14:textId="77777777" w:rsidR="00811695" w:rsidRDefault="00000000">
      <w:pPr>
        <w:spacing w:after="240"/>
        <w:jc w:val="center"/>
      </w:pPr>
      <w:r>
        <w:rPr>
          <w:b/>
          <w:bCs/>
          <w:sz w:val="40"/>
          <w:szCs w:val="40"/>
        </w:rPr>
        <w:lastRenderedPageBreak/>
        <w:t>ส่วนที่ 5  การวัดและประเมินผล</w:t>
      </w:r>
    </w:p>
    <w:p w14:paraId="2CA9BE46" w14:textId="77777777" w:rsidR="00811695" w:rsidRDefault="00000000">
      <w:pPr>
        <w:tabs>
          <w:tab w:val="left" w:leader="dot" w:pos="3118"/>
          <w:tab w:val="left" w:leader="dot" w:pos="9354"/>
        </w:tabs>
      </w:pPr>
      <w:r>
        <w:rPr>
          <w:b/>
          <w:bCs/>
        </w:rPr>
        <w:t xml:space="preserve">รหัสวิชา </w:t>
      </w:r>
      <w:r>
        <w:tab/>
      </w:r>
      <w:r>
        <w:rPr>
          <w:b/>
          <w:bCs/>
        </w:rPr>
        <w:t xml:space="preserve">  ชื่อวิชา </w:t>
      </w:r>
      <w:r>
        <w:tab/>
      </w:r>
    </w:p>
    <w:p w14:paraId="06F54A8A" w14:textId="77777777" w:rsidR="00811695" w:rsidRDefault="00000000">
      <w:pPr>
        <w:tabs>
          <w:tab w:val="left" w:leader="dot" w:pos="1701"/>
          <w:tab w:val="left" w:leader="dot" w:pos="5102"/>
          <w:tab w:val="left" w:leader="dot" w:pos="8220"/>
        </w:tabs>
        <w:spacing w:after="160"/>
      </w:pPr>
      <w:r>
        <w:rPr>
          <w:b/>
          <w:bCs/>
        </w:rPr>
        <w:t xml:space="preserve">ทฤษฎี </w:t>
      </w:r>
      <w:r>
        <w:tab/>
      </w:r>
      <w:r>
        <w:rPr>
          <w:b/>
          <w:bCs/>
        </w:rPr>
        <w:t xml:space="preserve"> ชม./สัปดาห์   ปฏิบัติ </w:t>
      </w:r>
      <w:r>
        <w:tab/>
      </w:r>
      <w:r>
        <w:rPr>
          <w:b/>
          <w:bCs/>
        </w:rPr>
        <w:t xml:space="preserve"> ชม./สัปดาห์   จำนวน </w:t>
      </w:r>
      <w:r>
        <w:tab/>
      </w:r>
      <w:r>
        <w:rPr>
          <w:b/>
          <w:bCs/>
        </w:rPr>
        <w:t xml:space="preserve"> หน่วยกิต</w:t>
      </w:r>
    </w:p>
    <w:p w14:paraId="0B395213" w14:textId="77777777" w:rsidR="00811695" w:rsidRDefault="00000000">
      <w:pPr>
        <w:spacing w:before="80" w:after="80"/>
      </w:pPr>
      <w:r>
        <w:rPr>
          <w:b/>
          <w:bCs/>
        </w:rPr>
        <w:t>5.1  สัดส่วนคะแนน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3685"/>
        <w:gridCol w:w="1247"/>
        <w:gridCol w:w="1304"/>
      </w:tblGrid>
      <w:tr w:rsidR="00811695" w14:paraId="74268D5E" w14:textId="77777777">
        <w:trPr>
          <w:tblHeader/>
          <w:jc w:val="center"/>
        </w:trPr>
        <w:tc>
          <w:tcPr>
            <w:tcW w:w="3118" w:type="dxa"/>
            <w:shd w:val="clear" w:color="auto" w:fill="E7E6E6"/>
            <w:vAlign w:val="center"/>
          </w:tcPr>
          <w:p w14:paraId="310E5063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รายการประเมิน</w:t>
            </w:r>
          </w:p>
        </w:tc>
        <w:tc>
          <w:tcPr>
            <w:tcW w:w="3685" w:type="dxa"/>
            <w:shd w:val="clear" w:color="auto" w:fill="E7E6E6"/>
            <w:vAlign w:val="center"/>
          </w:tcPr>
          <w:p w14:paraId="0D2EA342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วิธีการประเมิน / เครื่องมือ</w:t>
            </w:r>
          </w:p>
        </w:tc>
        <w:tc>
          <w:tcPr>
            <w:tcW w:w="1247" w:type="dxa"/>
            <w:shd w:val="clear" w:color="auto" w:fill="E7E6E6"/>
            <w:vAlign w:val="center"/>
          </w:tcPr>
          <w:p w14:paraId="5139E4C8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คะแนน</w:t>
            </w:r>
          </w:p>
        </w:tc>
        <w:tc>
          <w:tcPr>
            <w:tcW w:w="1304" w:type="dxa"/>
            <w:shd w:val="clear" w:color="auto" w:fill="E7E6E6"/>
            <w:vAlign w:val="center"/>
          </w:tcPr>
          <w:p w14:paraId="350AA346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ร้อยละ</w:t>
            </w:r>
          </w:p>
        </w:tc>
      </w:tr>
      <w:tr w:rsidR="00811695" w14:paraId="0F3BD46A" w14:textId="77777777">
        <w:trPr>
          <w:trHeight w:val="454"/>
          <w:jc w:val="center"/>
        </w:trPr>
        <w:tc>
          <w:tcPr>
            <w:tcW w:w="3118" w:type="dxa"/>
            <w:vAlign w:val="center"/>
          </w:tcPr>
          <w:p w14:paraId="060A404B" w14:textId="77777777" w:rsidR="00811695" w:rsidRDefault="00000000">
            <w:r>
              <w:rPr>
                <w:sz w:val="28"/>
                <w:szCs w:val="28"/>
              </w:rPr>
              <w:t>คะแนนระหว่างภาค (ตามหน่วยการเรียนรู้)</w:t>
            </w:r>
          </w:p>
        </w:tc>
        <w:tc>
          <w:tcPr>
            <w:tcW w:w="3685" w:type="dxa"/>
          </w:tcPr>
          <w:p w14:paraId="52513B83" w14:textId="77777777" w:rsidR="00811695" w:rsidRDefault="00811695"/>
        </w:tc>
        <w:tc>
          <w:tcPr>
            <w:tcW w:w="1247" w:type="dxa"/>
          </w:tcPr>
          <w:p w14:paraId="1164E842" w14:textId="77777777" w:rsidR="00811695" w:rsidRDefault="00811695"/>
        </w:tc>
        <w:tc>
          <w:tcPr>
            <w:tcW w:w="1304" w:type="dxa"/>
          </w:tcPr>
          <w:p w14:paraId="672EF362" w14:textId="77777777" w:rsidR="00811695" w:rsidRDefault="00811695"/>
        </w:tc>
      </w:tr>
      <w:tr w:rsidR="00811695" w14:paraId="3FC8DAAA" w14:textId="77777777">
        <w:trPr>
          <w:trHeight w:val="454"/>
          <w:jc w:val="center"/>
        </w:trPr>
        <w:tc>
          <w:tcPr>
            <w:tcW w:w="3118" w:type="dxa"/>
            <w:vAlign w:val="center"/>
          </w:tcPr>
          <w:p w14:paraId="0550A9DF" w14:textId="77777777" w:rsidR="00811695" w:rsidRDefault="00000000">
            <w:r>
              <w:rPr>
                <w:sz w:val="28"/>
                <w:szCs w:val="28"/>
              </w:rPr>
              <w:t xml:space="preserve">   - ด้านความรู้ (พุทธิพิสัย)</w:t>
            </w:r>
          </w:p>
        </w:tc>
        <w:tc>
          <w:tcPr>
            <w:tcW w:w="3685" w:type="dxa"/>
          </w:tcPr>
          <w:p w14:paraId="02918ECE" w14:textId="77777777" w:rsidR="00811695" w:rsidRDefault="00811695"/>
        </w:tc>
        <w:tc>
          <w:tcPr>
            <w:tcW w:w="1247" w:type="dxa"/>
          </w:tcPr>
          <w:p w14:paraId="2520308E" w14:textId="77777777" w:rsidR="00811695" w:rsidRDefault="00811695"/>
        </w:tc>
        <w:tc>
          <w:tcPr>
            <w:tcW w:w="1304" w:type="dxa"/>
          </w:tcPr>
          <w:p w14:paraId="5EF38882" w14:textId="77777777" w:rsidR="00811695" w:rsidRDefault="00811695"/>
        </w:tc>
      </w:tr>
      <w:tr w:rsidR="00811695" w14:paraId="5D62B5C9" w14:textId="77777777">
        <w:trPr>
          <w:trHeight w:val="454"/>
          <w:jc w:val="center"/>
        </w:trPr>
        <w:tc>
          <w:tcPr>
            <w:tcW w:w="3118" w:type="dxa"/>
            <w:vAlign w:val="center"/>
          </w:tcPr>
          <w:p w14:paraId="177973C4" w14:textId="77777777" w:rsidR="00811695" w:rsidRDefault="00000000">
            <w:r>
              <w:rPr>
                <w:sz w:val="28"/>
                <w:szCs w:val="28"/>
              </w:rPr>
              <w:t xml:space="preserve">   - ด้านทักษะ (ทักษะพิสัย)</w:t>
            </w:r>
          </w:p>
        </w:tc>
        <w:tc>
          <w:tcPr>
            <w:tcW w:w="3685" w:type="dxa"/>
          </w:tcPr>
          <w:p w14:paraId="295AEF09" w14:textId="77777777" w:rsidR="00811695" w:rsidRDefault="00811695"/>
        </w:tc>
        <w:tc>
          <w:tcPr>
            <w:tcW w:w="1247" w:type="dxa"/>
          </w:tcPr>
          <w:p w14:paraId="2090F507" w14:textId="77777777" w:rsidR="00811695" w:rsidRDefault="00811695"/>
        </w:tc>
        <w:tc>
          <w:tcPr>
            <w:tcW w:w="1304" w:type="dxa"/>
          </w:tcPr>
          <w:p w14:paraId="7414CF54" w14:textId="77777777" w:rsidR="00811695" w:rsidRDefault="00811695"/>
        </w:tc>
      </w:tr>
      <w:tr w:rsidR="00811695" w14:paraId="7D63269A" w14:textId="77777777">
        <w:trPr>
          <w:trHeight w:val="454"/>
          <w:jc w:val="center"/>
        </w:trPr>
        <w:tc>
          <w:tcPr>
            <w:tcW w:w="3118" w:type="dxa"/>
            <w:vAlign w:val="center"/>
          </w:tcPr>
          <w:p w14:paraId="2EE4CBFE" w14:textId="77777777" w:rsidR="00811695" w:rsidRDefault="00000000">
            <w:r>
              <w:rPr>
                <w:sz w:val="28"/>
                <w:szCs w:val="28"/>
              </w:rPr>
              <w:t xml:space="preserve">   - ด้านจิตพิสัย / คุณลักษณะที่พึงประสงค์</w:t>
            </w:r>
          </w:p>
        </w:tc>
        <w:tc>
          <w:tcPr>
            <w:tcW w:w="3685" w:type="dxa"/>
          </w:tcPr>
          <w:p w14:paraId="1A729F4D" w14:textId="77777777" w:rsidR="00811695" w:rsidRDefault="00811695"/>
        </w:tc>
        <w:tc>
          <w:tcPr>
            <w:tcW w:w="1247" w:type="dxa"/>
          </w:tcPr>
          <w:p w14:paraId="3A560026" w14:textId="77777777" w:rsidR="00811695" w:rsidRDefault="00811695"/>
        </w:tc>
        <w:tc>
          <w:tcPr>
            <w:tcW w:w="1304" w:type="dxa"/>
          </w:tcPr>
          <w:p w14:paraId="10508DF8" w14:textId="77777777" w:rsidR="00811695" w:rsidRDefault="00811695"/>
        </w:tc>
      </w:tr>
      <w:tr w:rsidR="00811695" w14:paraId="25630026" w14:textId="77777777">
        <w:trPr>
          <w:trHeight w:val="454"/>
          <w:jc w:val="center"/>
        </w:trPr>
        <w:tc>
          <w:tcPr>
            <w:tcW w:w="3118" w:type="dxa"/>
            <w:vAlign w:val="center"/>
          </w:tcPr>
          <w:p w14:paraId="5FCCD509" w14:textId="77777777" w:rsidR="00811695" w:rsidRDefault="00000000">
            <w:r>
              <w:rPr>
                <w:sz w:val="28"/>
                <w:szCs w:val="28"/>
              </w:rPr>
              <w:t xml:space="preserve">   - ด้านการประยุกต์ใช้และรับผิดชอบ</w:t>
            </w:r>
          </w:p>
        </w:tc>
        <w:tc>
          <w:tcPr>
            <w:tcW w:w="3685" w:type="dxa"/>
          </w:tcPr>
          <w:p w14:paraId="5015941C" w14:textId="77777777" w:rsidR="00811695" w:rsidRDefault="00811695"/>
        </w:tc>
        <w:tc>
          <w:tcPr>
            <w:tcW w:w="1247" w:type="dxa"/>
          </w:tcPr>
          <w:p w14:paraId="66DFC7D7" w14:textId="77777777" w:rsidR="00811695" w:rsidRDefault="00811695"/>
        </w:tc>
        <w:tc>
          <w:tcPr>
            <w:tcW w:w="1304" w:type="dxa"/>
          </w:tcPr>
          <w:p w14:paraId="320282DC" w14:textId="77777777" w:rsidR="00811695" w:rsidRDefault="00811695"/>
        </w:tc>
      </w:tr>
      <w:tr w:rsidR="00811695" w14:paraId="62508A08" w14:textId="77777777">
        <w:trPr>
          <w:trHeight w:val="454"/>
          <w:jc w:val="center"/>
        </w:trPr>
        <w:tc>
          <w:tcPr>
            <w:tcW w:w="3118" w:type="dxa"/>
            <w:vAlign w:val="center"/>
          </w:tcPr>
          <w:p w14:paraId="62097D8E" w14:textId="77777777" w:rsidR="00811695" w:rsidRDefault="00000000">
            <w:r>
              <w:rPr>
                <w:sz w:val="28"/>
                <w:szCs w:val="28"/>
              </w:rPr>
              <w:t>ประเมินผลลัพธ์การเรียนรู้ระดับรายวิชา / ปลายภาค</w:t>
            </w:r>
          </w:p>
        </w:tc>
        <w:tc>
          <w:tcPr>
            <w:tcW w:w="3685" w:type="dxa"/>
          </w:tcPr>
          <w:p w14:paraId="2122A2EE" w14:textId="77777777" w:rsidR="00811695" w:rsidRDefault="00811695"/>
        </w:tc>
        <w:tc>
          <w:tcPr>
            <w:tcW w:w="1247" w:type="dxa"/>
          </w:tcPr>
          <w:p w14:paraId="48D13EFB" w14:textId="77777777" w:rsidR="00811695" w:rsidRDefault="00811695"/>
        </w:tc>
        <w:tc>
          <w:tcPr>
            <w:tcW w:w="1304" w:type="dxa"/>
          </w:tcPr>
          <w:p w14:paraId="1E69F7B5" w14:textId="77777777" w:rsidR="00811695" w:rsidRDefault="00811695"/>
        </w:tc>
      </w:tr>
      <w:tr w:rsidR="00811695" w14:paraId="5B1E52F0" w14:textId="77777777">
        <w:trPr>
          <w:trHeight w:val="454"/>
          <w:jc w:val="center"/>
        </w:trPr>
        <w:tc>
          <w:tcPr>
            <w:tcW w:w="3118" w:type="dxa"/>
            <w:shd w:val="clear" w:color="auto" w:fill="F2F2F2"/>
            <w:vAlign w:val="center"/>
          </w:tcPr>
          <w:p w14:paraId="46CC4659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รวม</w:t>
            </w:r>
          </w:p>
        </w:tc>
        <w:tc>
          <w:tcPr>
            <w:tcW w:w="3685" w:type="dxa"/>
          </w:tcPr>
          <w:p w14:paraId="25B39E53" w14:textId="77777777" w:rsidR="00811695" w:rsidRDefault="00811695"/>
        </w:tc>
        <w:tc>
          <w:tcPr>
            <w:tcW w:w="1247" w:type="dxa"/>
            <w:vAlign w:val="center"/>
          </w:tcPr>
          <w:p w14:paraId="76CD8F65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1304" w:type="dxa"/>
            <w:vAlign w:val="center"/>
          </w:tcPr>
          <w:p w14:paraId="47030D34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100</w:t>
            </w:r>
          </w:p>
        </w:tc>
      </w:tr>
    </w:tbl>
    <w:p w14:paraId="3560B33B" w14:textId="77777777" w:rsidR="00811695" w:rsidRDefault="00000000">
      <w:pPr>
        <w:spacing w:before="240" w:after="80"/>
      </w:pPr>
      <w:r>
        <w:rPr>
          <w:b/>
          <w:bCs/>
        </w:rPr>
        <w:t>5.2  เกณฑ์การตัดสินผลการเรียน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2268"/>
        <w:gridCol w:w="3969"/>
      </w:tblGrid>
      <w:tr w:rsidR="00811695" w14:paraId="7BE26C99" w14:textId="77777777">
        <w:trPr>
          <w:tblHeader/>
          <w:jc w:val="center"/>
        </w:trPr>
        <w:tc>
          <w:tcPr>
            <w:tcW w:w="3118" w:type="dxa"/>
            <w:shd w:val="clear" w:color="auto" w:fill="E7E6E6"/>
            <w:vAlign w:val="center"/>
          </w:tcPr>
          <w:p w14:paraId="59C8A371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ช่วงคะแนน (ร้อยละ)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01330B0F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ระดับผลการเรียน</w:t>
            </w:r>
          </w:p>
        </w:tc>
        <w:tc>
          <w:tcPr>
            <w:tcW w:w="3969" w:type="dxa"/>
            <w:shd w:val="clear" w:color="auto" w:fill="E7E6E6"/>
            <w:vAlign w:val="center"/>
          </w:tcPr>
          <w:p w14:paraId="1E3BEC3C" w14:textId="77777777" w:rsidR="00811695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ความหมาย</w:t>
            </w:r>
          </w:p>
        </w:tc>
      </w:tr>
      <w:tr w:rsidR="00811695" w14:paraId="5DEAD27C" w14:textId="77777777">
        <w:trPr>
          <w:trHeight w:val="397"/>
          <w:jc w:val="center"/>
        </w:trPr>
        <w:tc>
          <w:tcPr>
            <w:tcW w:w="3118" w:type="dxa"/>
            <w:vAlign w:val="center"/>
          </w:tcPr>
          <w:p w14:paraId="386D14C5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80 – 100</w:t>
            </w:r>
          </w:p>
        </w:tc>
        <w:tc>
          <w:tcPr>
            <w:tcW w:w="2268" w:type="dxa"/>
            <w:vAlign w:val="center"/>
          </w:tcPr>
          <w:p w14:paraId="4BC28A14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  <w:vAlign w:val="center"/>
          </w:tcPr>
          <w:p w14:paraId="01380A2B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ดีเยี่ยม</w:t>
            </w:r>
          </w:p>
        </w:tc>
      </w:tr>
      <w:tr w:rsidR="00811695" w14:paraId="62511277" w14:textId="77777777">
        <w:trPr>
          <w:trHeight w:val="397"/>
          <w:jc w:val="center"/>
        </w:trPr>
        <w:tc>
          <w:tcPr>
            <w:tcW w:w="3118" w:type="dxa"/>
            <w:vAlign w:val="center"/>
          </w:tcPr>
          <w:p w14:paraId="1499C81A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75 – 79</w:t>
            </w:r>
          </w:p>
        </w:tc>
        <w:tc>
          <w:tcPr>
            <w:tcW w:w="2268" w:type="dxa"/>
            <w:vAlign w:val="center"/>
          </w:tcPr>
          <w:p w14:paraId="6A9E3F58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3.5</w:t>
            </w:r>
          </w:p>
        </w:tc>
        <w:tc>
          <w:tcPr>
            <w:tcW w:w="3969" w:type="dxa"/>
            <w:vAlign w:val="center"/>
          </w:tcPr>
          <w:p w14:paraId="53F1121F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ดีมาก</w:t>
            </w:r>
          </w:p>
        </w:tc>
      </w:tr>
      <w:tr w:rsidR="00811695" w14:paraId="5BEF5C1F" w14:textId="77777777">
        <w:trPr>
          <w:trHeight w:val="397"/>
          <w:jc w:val="center"/>
        </w:trPr>
        <w:tc>
          <w:tcPr>
            <w:tcW w:w="3118" w:type="dxa"/>
            <w:vAlign w:val="center"/>
          </w:tcPr>
          <w:p w14:paraId="5B3E4BF3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70 – 74</w:t>
            </w:r>
          </w:p>
        </w:tc>
        <w:tc>
          <w:tcPr>
            <w:tcW w:w="2268" w:type="dxa"/>
            <w:vAlign w:val="center"/>
          </w:tcPr>
          <w:p w14:paraId="7FF4989E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  <w:vAlign w:val="center"/>
          </w:tcPr>
          <w:p w14:paraId="658FE274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ดี</w:t>
            </w:r>
          </w:p>
        </w:tc>
      </w:tr>
      <w:tr w:rsidR="00811695" w14:paraId="5EB679DF" w14:textId="77777777">
        <w:trPr>
          <w:trHeight w:val="397"/>
          <w:jc w:val="center"/>
        </w:trPr>
        <w:tc>
          <w:tcPr>
            <w:tcW w:w="3118" w:type="dxa"/>
            <w:vAlign w:val="center"/>
          </w:tcPr>
          <w:p w14:paraId="08AE0541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65 – 69</w:t>
            </w:r>
          </w:p>
        </w:tc>
        <w:tc>
          <w:tcPr>
            <w:tcW w:w="2268" w:type="dxa"/>
            <w:vAlign w:val="center"/>
          </w:tcPr>
          <w:p w14:paraId="170C48FC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3969" w:type="dxa"/>
            <w:vAlign w:val="center"/>
          </w:tcPr>
          <w:p w14:paraId="4D58B221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ดีพอใช้</w:t>
            </w:r>
          </w:p>
        </w:tc>
      </w:tr>
      <w:tr w:rsidR="00811695" w14:paraId="47203AB4" w14:textId="77777777">
        <w:trPr>
          <w:trHeight w:val="397"/>
          <w:jc w:val="center"/>
        </w:trPr>
        <w:tc>
          <w:tcPr>
            <w:tcW w:w="3118" w:type="dxa"/>
            <w:vAlign w:val="center"/>
          </w:tcPr>
          <w:p w14:paraId="196E50B5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60 – 64</w:t>
            </w:r>
          </w:p>
        </w:tc>
        <w:tc>
          <w:tcPr>
            <w:tcW w:w="2268" w:type="dxa"/>
            <w:vAlign w:val="center"/>
          </w:tcPr>
          <w:p w14:paraId="381AEA6C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  <w:vAlign w:val="center"/>
          </w:tcPr>
          <w:p w14:paraId="7BA013B0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พอใช้</w:t>
            </w:r>
          </w:p>
        </w:tc>
      </w:tr>
      <w:tr w:rsidR="00811695" w14:paraId="3BCE880A" w14:textId="77777777">
        <w:trPr>
          <w:trHeight w:val="397"/>
          <w:jc w:val="center"/>
        </w:trPr>
        <w:tc>
          <w:tcPr>
            <w:tcW w:w="3118" w:type="dxa"/>
            <w:vAlign w:val="center"/>
          </w:tcPr>
          <w:p w14:paraId="3A78D74B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55 – 59</w:t>
            </w:r>
          </w:p>
        </w:tc>
        <w:tc>
          <w:tcPr>
            <w:tcW w:w="2268" w:type="dxa"/>
            <w:vAlign w:val="center"/>
          </w:tcPr>
          <w:p w14:paraId="48E83229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3969" w:type="dxa"/>
            <w:vAlign w:val="center"/>
          </w:tcPr>
          <w:p w14:paraId="0ED9278A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อ่อน</w:t>
            </w:r>
          </w:p>
        </w:tc>
      </w:tr>
      <w:tr w:rsidR="00811695" w14:paraId="7BB48C9F" w14:textId="77777777">
        <w:trPr>
          <w:trHeight w:val="397"/>
          <w:jc w:val="center"/>
        </w:trPr>
        <w:tc>
          <w:tcPr>
            <w:tcW w:w="3118" w:type="dxa"/>
            <w:vAlign w:val="center"/>
          </w:tcPr>
          <w:p w14:paraId="7D45B63B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50 – 54</w:t>
            </w:r>
          </w:p>
        </w:tc>
        <w:tc>
          <w:tcPr>
            <w:tcW w:w="2268" w:type="dxa"/>
            <w:vAlign w:val="center"/>
          </w:tcPr>
          <w:p w14:paraId="766CE406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14:paraId="4A74BE47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อ่อนมาก</w:t>
            </w:r>
          </w:p>
        </w:tc>
      </w:tr>
      <w:tr w:rsidR="00811695" w14:paraId="2CDBBC05" w14:textId="77777777">
        <w:trPr>
          <w:trHeight w:val="397"/>
          <w:jc w:val="center"/>
        </w:trPr>
        <w:tc>
          <w:tcPr>
            <w:tcW w:w="3118" w:type="dxa"/>
            <w:vAlign w:val="center"/>
          </w:tcPr>
          <w:p w14:paraId="5883A001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0 – 49</w:t>
            </w:r>
          </w:p>
        </w:tc>
        <w:tc>
          <w:tcPr>
            <w:tcW w:w="2268" w:type="dxa"/>
            <w:vAlign w:val="center"/>
          </w:tcPr>
          <w:p w14:paraId="4C9E2419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69DBB5D6" w14:textId="77777777" w:rsidR="00811695" w:rsidRDefault="00000000">
            <w:pPr>
              <w:jc w:val="center"/>
            </w:pPr>
            <w:r>
              <w:rPr>
                <w:sz w:val="28"/>
                <w:szCs w:val="28"/>
              </w:rPr>
              <w:t>ต่ำกว่าเกณฑ์ขั้นต่ำ</w:t>
            </w:r>
          </w:p>
        </w:tc>
      </w:tr>
    </w:tbl>
    <w:p w14:paraId="04C8C72A" w14:textId="77777777" w:rsidR="00811695" w:rsidRDefault="00000000">
      <w:pPr>
        <w:spacing w:before="240"/>
      </w:pPr>
      <w:r>
        <w:rPr>
          <w:b/>
          <w:bCs/>
        </w:rPr>
        <w:t>5.3  เงื่อนไขการมีสิทธิ์รับการประเมินผลปลายภาค</w:t>
      </w:r>
    </w:p>
    <w:p w14:paraId="258D4457" w14:textId="77777777" w:rsidR="00811695" w:rsidRDefault="00000000">
      <w:pPr>
        <w:ind w:left="340"/>
      </w:pPr>
      <w:r>
        <w:t>ผู้เรียนต้องมีเวลาเรียนไม่น้อยกว่าร้อยละ 80 ของเวลาเรียนทั้งหมดในรายวิชา</w:t>
      </w:r>
    </w:p>
    <w:p w14:paraId="37838C48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4CA9755B" w14:textId="77777777" w:rsidR="00811695" w:rsidRDefault="00000000">
      <w:pPr>
        <w:spacing w:before="160"/>
      </w:pPr>
      <w:r>
        <w:rPr>
          <w:b/>
          <w:bCs/>
          <w:sz w:val="28"/>
          <w:szCs w:val="28"/>
          <w:u w:val="single"/>
        </w:rPr>
        <w:t>คำอธิบาย</w:t>
      </w:r>
      <w:r>
        <w:rPr>
          <w:b/>
          <w:bCs/>
          <w:sz w:val="28"/>
          <w:szCs w:val="28"/>
        </w:rPr>
        <w:t xml:space="preserve">  การวัดและประเมินผล</w:t>
      </w:r>
    </w:p>
    <w:p w14:paraId="1C07FDAD" w14:textId="77777777" w:rsidR="00811695" w:rsidRDefault="00000000">
      <w:pPr>
        <w:ind w:left="454" w:hanging="283"/>
      </w:pPr>
      <w:r>
        <w:rPr>
          <w:sz w:val="28"/>
          <w:szCs w:val="28"/>
        </w:rPr>
        <w:t>1. การกำหนดสัดส่วนคะแนนให้อยู่ในดุลพินิจของครูผู้สอน และให้สอดคล้องกับตารางวิเคราะห์พฤติกรรมการเรียนรู้ในแผนการจัดการเรียนรู้</w:t>
      </w:r>
    </w:p>
    <w:p w14:paraId="799B929C" w14:textId="77777777" w:rsidR="00811695" w:rsidRDefault="00000000">
      <w:pPr>
        <w:ind w:left="454" w:hanging="283"/>
      </w:pPr>
      <w:r>
        <w:rPr>
          <w:sz w:val="28"/>
          <w:szCs w:val="28"/>
        </w:rPr>
        <w:t>2. จัดให้มีการประเมินผลลัพธ์การเรียนรู้ระดับรายวิชา</w:t>
      </w:r>
    </w:p>
    <w:p w14:paraId="605476C9" w14:textId="77777777" w:rsidR="00811695" w:rsidRDefault="00000000">
      <w:pPr>
        <w:ind w:left="454" w:hanging="283"/>
      </w:pPr>
      <w:r>
        <w:rPr>
          <w:sz w:val="28"/>
          <w:szCs w:val="28"/>
        </w:rPr>
        <w:lastRenderedPageBreak/>
        <w:t>3. เกณฑ์การตัดสินผลการเรียนและเงื่อนไขเวลาเรียน ให้เป็นไปตามระเบียบกระทรวงศึกษาธิการว่าด้วยการจัดการศึกษาและการประเมินผลการเรียนตามหลักสูตรที่ใช้ ฉบับปัจจุบัน</w:t>
      </w:r>
    </w:p>
    <w:p w14:paraId="235DF0A3" w14:textId="77777777" w:rsidR="00811695" w:rsidRDefault="00000000">
      <w:pPr>
        <w:pageBreakBefore/>
        <w:spacing w:after="240"/>
        <w:jc w:val="center"/>
      </w:pPr>
      <w:r>
        <w:rPr>
          <w:b/>
          <w:bCs/>
          <w:sz w:val="40"/>
          <w:szCs w:val="40"/>
        </w:rPr>
        <w:lastRenderedPageBreak/>
        <w:t>ส่วนที่ 6  สื่อและแหล่งการเรียนรู้</w:t>
      </w:r>
    </w:p>
    <w:p w14:paraId="65E55B1B" w14:textId="77777777" w:rsidR="00811695" w:rsidRDefault="00000000">
      <w:pPr>
        <w:spacing w:before="160"/>
      </w:pPr>
      <w:r>
        <w:rPr>
          <w:b/>
          <w:bCs/>
        </w:rPr>
        <w:t>6.1  เอกสาร ตำรา ใบความรู้ ใบงาน</w:t>
      </w:r>
    </w:p>
    <w:p w14:paraId="2AE4F5FF" w14:textId="77777777" w:rsidR="00811695" w:rsidRDefault="00000000">
      <w:pPr>
        <w:tabs>
          <w:tab w:val="left" w:leader="dot" w:pos="9354"/>
        </w:tabs>
        <w:ind w:left="454"/>
      </w:pPr>
      <w:r>
        <w:t xml:space="preserve">1) </w:t>
      </w:r>
      <w:r>
        <w:tab/>
      </w:r>
    </w:p>
    <w:p w14:paraId="2CBE13A6" w14:textId="77777777" w:rsidR="00811695" w:rsidRDefault="00000000">
      <w:pPr>
        <w:tabs>
          <w:tab w:val="left" w:leader="dot" w:pos="9354"/>
        </w:tabs>
        <w:ind w:left="454"/>
      </w:pPr>
      <w:r>
        <w:t xml:space="preserve">2) </w:t>
      </w:r>
      <w:r>
        <w:tab/>
      </w:r>
    </w:p>
    <w:p w14:paraId="1304A33F" w14:textId="77777777" w:rsidR="00811695" w:rsidRDefault="00000000">
      <w:pPr>
        <w:tabs>
          <w:tab w:val="left" w:leader="dot" w:pos="9354"/>
        </w:tabs>
        <w:ind w:left="454"/>
      </w:pPr>
      <w:r>
        <w:t xml:space="preserve">3) </w:t>
      </w:r>
      <w:r>
        <w:tab/>
      </w:r>
    </w:p>
    <w:p w14:paraId="33F7567E" w14:textId="77777777" w:rsidR="00811695" w:rsidRDefault="00000000">
      <w:pPr>
        <w:spacing w:before="160"/>
      </w:pPr>
      <w:r>
        <w:rPr>
          <w:b/>
          <w:bCs/>
        </w:rPr>
        <w:t>6.2  สื่อดิจิทัล / เว็บไซต์ / แอปพลิเคชัน</w:t>
      </w:r>
    </w:p>
    <w:p w14:paraId="32BDF8DD" w14:textId="77777777" w:rsidR="00811695" w:rsidRDefault="00000000">
      <w:pPr>
        <w:tabs>
          <w:tab w:val="left" w:leader="dot" w:pos="9354"/>
        </w:tabs>
        <w:ind w:left="454"/>
      </w:pPr>
      <w:r>
        <w:t xml:space="preserve">1) </w:t>
      </w:r>
      <w:r>
        <w:tab/>
      </w:r>
    </w:p>
    <w:p w14:paraId="3D010F00" w14:textId="77777777" w:rsidR="00811695" w:rsidRDefault="00000000">
      <w:pPr>
        <w:tabs>
          <w:tab w:val="left" w:leader="dot" w:pos="9354"/>
        </w:tabs>
        <w:ind w:left="454"/>
      </w:pPr>
      <w:r>
        <w:t xml:space="preserve">2) </w:t>
      </w:r>
      <w:r>
        <w:tab/>
      </w:r>
    </w:p>
    <w:p w14:paraId="6CA94F3C" w14:textId="77777777" w:rsidR="00811695" w:rsidRDefault="00000000">
      <w:pPr>
        <w:tabs>
          <w:tab w:val="left" w:leader="dot" w:pos="9354"/>
        </w:tabs>
        <w:ind w:left="454"/>
      </w:pPr>
      <w:r>
        <w:t xml:space="preserve">3) </w:t>
      </w:r>
      <w:r>
        <w:tab/>
      </w:r>
    </w:p>
    <w:p w14:paraId="3651A1A4" w14:textId="77777777" w:rsidR="00811695" w:rsidRDefault="00000000">
      <w:pPr>
        <w:spacing w:before="160"/>
      </w:pPr>
      <w:r>
        <w:rPr>
          <w:b/>
          <w:bCs/>
        </w:rPr>
        <w:t>6.3  วัสดุ อุปกรณ์ เครื่องมือ</w:t>
      </w:r>
    </w:p>
    <w:p w14:paraId="74B2D955" w14:textId="77777777" w:rsidR="00811695" w:rsidRDefault="00000000">
      <w:pPr>
        <w:tabs>
          <w:tab w:val="left" w:leader="dot" w:pos="9354"/>
        </w:tabs>
        <w:ind w:left="454"/>
      </w:pPr>
      <w:r>
        <w:t xml:space="preserve">1) </w:t>
      </w:r>
      <w:r>
        <w:tab/>
      </w:r>
    </w:p>
    <w:p w14:paraId="0C487A08" w14:textId="77777777" w:rsidR="00811695" w:rsidRDefault="00000000">
      <w:pPr>
        <w:tabs>
          <w:tab w:val="left" w:leader="dot" w:pos="9354"/>
        </w:tabs>
        <w:ind w:left="454"/>
      </w:pPr>
      <w:r>
        <w:t xml:space="preserve">2) </w:t>
      </w:r>
      <w:r>
        <w:tab/>
      </w:r>
    </w:p>
    <w:p w14:paraId="537E4AF7" w14:textId="77777777" w:rsidR="00811695" w:rsidRDefault="00000000">
      <w:pPr>
        <w:tabs>
          <w:tab w:val="left" w:leader="dot" w:pos="9354"/>
        </w:tabs>
        <w:ind w:left="454"/>
      </w:pPr>
      <w:r>
        <w:t xml:space="preserve">3) </w:t>
      </w:r>
      <w:r>
        <w:tab/>
      </w:r>
    </w:p>
    <w:p w14:paraId="2F0EB934" w14:textId="77777777" w:rsidR="00811695" w:rsidRDefault="00000000">
      <w:pPr>
        <w:spacing w:before="160"/>
      </w:pPr>
      <w:r>
        <w:rPr>
          <w:b/>
          <w:bCs/>
        </w:rPr>
        <w:t>6.4  แหล่งการเรียนรู้ / สถานประกอบการ / ภูมิปัญญาท้องถิ่น</w:t>
      </w:r>
    </w:p>
    <w:p w14:paraId="62E3C0B4" w14:textId="77777777" w:rsidR="00811695" w:rsidRDefault="00000000">
      <w:pPr>
        <w:tabs>
          <w:tab w:val="left" w:leader="dot" w:pos="9354"/>
        </w:tabs>
        <w:ind w:left="454"/>
      </w:pPr>
      <w:r>
        <w:t xml:space="preserve">1) </w:t>
      </w:r>
      <w:r>
        <w:tab/>
      </w:r>
    </w:p>
    <w:p w14:paraId="566497CD" w14:textId="77777777" w:rsidR="00811695" w:rsidRDefault="00000000">
      <w:pPr>
        <w:tabs>
          <w:tab w:val="left" w:leader="dot" w:pos="9354"/>
        </w:tabs>
        <w:ind w:left="454"/>
      </w:pPr>
      <w:r>
        <w:t xml:space="preserve">2) </w:t>
      </w:r>
      <w:r>
        <w:tab/>
      </w:r>
    </w:p>
    <w:p w14:paraId="6C206837" w14:textId="77777777" w:rsidR="00811695" w:rsidRDefault="00000000">
      <w:pPr>
        <w:tabs>
          <w:tab w:val="left" w:leader="dot" w:pos="9354"/>
        </w:tabs>
        <w:ind w:left="454"/>
      </w:pPr>
      <w:r>
        <w:t xml:space="preserve">3) </w:t>
      </w:r>
      <w:r>
        <w:tab/>
      </w:r>
    </w:p>
    <w:p w14:paraId="324AF088" w14:textId="77777777" w:rsidR="00811695" w:rsidRDefault="00000000">
      <w:pPr>
        <w:pageBreakBefore/>
        <w:spacing w:after="240"/>
        <w:jc w:val="center"/>
      </w:pPr>
      <w:r>
        <w:rPr>
          <w:b/>
          <w:bCs/>
          <w:sz w:val="40"/>
          <w:szCs w:val="40"/>
        </w:rPr>
        <w:lastRenderedPageBreak/>
        <w:t>ส่วนที่ 7  บันทึกผลหลังการใช้โครงการสอน</w:t>
      </w:r>
    </w:p>
    <w:p w14:paraId="7FFA5044" w14:textId="77777777" w:rsidR="00811695" w:rsidRDefault="00000000">
      <w:pPr>
        <w:spacing w:before="160"/>
      </w:pPr>
      <w:r>
        <w:rPr>
          <w:b/>
          <w:bCs/>
        </w:rPr>
        <w:t>7.1  ผลการจัดการเรียนรู้ตามโครงการสอน</w:t>
      </w:r>
    </w:p>
    <w:p w14:paraId="40E6501E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5E9C5BD9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2F7C8294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56AA2D13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59900C6A" w14:textId="77777777" w:rsidR="00811695" w:rsidRDefault="00000000">
      <w:pPr>
        <w:spacing w:before="160"/>
      </w:pPr>
      <w:r>
        <w:rPr>
          <w:b/>
          <w:bCs/>
        </w:rPr>
        <w:t>7.2  ปัญหา อุปสรรคที่พบ</w:t>
      </w:r>
    </w:p>
    <w:p w14:paraId="06392889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59D4C411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5272B823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160EE924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5512B60F" w14:textId="77777777" w:rsidR="00811695" w:rsidRDefault="00000000">
      <w:pPr>
        <w:spacing w:before="160"/>
      </w:pPr>
      <w:r>
        <w:rPr>
          <w:b/>
          <w:bCs/>
        </w:rPr>
        <w:t>7.3  การแก้ไขปัญหา / แนวทางพัฒนาในภาคเรียนต่อไป</w:t>
      </w:r>
    </w:p>
    <w:p w14:paraId="49DF4F31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16EDDA4D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3DDC8B19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50D110BA" w14:textId="77777777" w:rsidR="00811695" w:rsidRDefault="00000000">
      <w:pPr>
        <w:tabs>
          <w:tab w:val="left" w:leader="dot" w:pos="9354"/>
        </w:tabs>
        <w:ind w:left="340"/>
      </w:pPr>
      <w:r>
        <w:tab/>
      </w:r>
    </w:p>
    <w:p w14:paraId="7F7B96D1" w14:textId="77777777" w:rsidR="00811695" w:rsidRDefault="00000000">
      <w:pPr>
        <w:tabs>
          <w:tab w:val="left" w:leader="dot" w:pos="7937"/>
        </w:tabs>
        <w:spacing w:before="480"/>
        <w:ind w:left="3969"/>
      </w:pPr>
      <w:r>
        <w:t>ลงชื่อ</w:t>
      </w:r>
      <w:r>
        <w:tab/>
        <w:t>ครูผู้สอน</w:t>
      </w:r>
    </w:p>
    <w:p w14:paraId="4355DBAB" w14:textId="77777777" w:rsidR="00811695" w:rsidRDefault="00000000">
      <w:pPr>
        <w:tabs>
          <w:tab w:val="left" w:leader="dot" w:pos="7710"/>
        </w:tabs>
        <w:ind w:left="4309"/>
      </w:pPr>
      <w:r>
        <w:t>(</w:t>
      </w:r>
      <w:r>
        <w:tab/>
        <w:t>)</w:t>
      </w:r>
    </w:p>
    <w:p w14:paraId="4FD8FFD1" w14:textId="77777777" w:rsidR="00811695" w:rsidRDefault="00000000">
      <w:pPr>
        <w:tabs>
          <w:tab w:val="left" w:leader="dot" w:pos="5386"/>
          <w:tab w:val="left" w:leader="dot" w:pos="7143"/>
          <w:tab w:val="left" w:leader="dot" w:pos="8220"/>
        </w:tabs>
        <w:ind w:left="4309"/>
      </w:pPr>
      <w:r>
        <w:t>วันที่</w:t>
      </w:r>
      <w:r>
        <w:tab/>
        <w:t>เดือน</w:t>
      </w:r>
      <w:r>
        <w:tab/>
        <w:t>พ.ศ.</w:t>
      </w:r>
      <w:r>
        <w:tab/>
      </w:r>
    </w:p>
    <w:p w14:paraId="52DAE6D1" w14:textId="77777777" w:rsidR="00811695" w:rsidRDefault="00000000">
      <w:pPr>
        <w:pageBreakBefore/>
        <w:spacing w:after="240"/>
        <w:jc w:val="center"/>
      </w:pPr>
      <w:r>
        <w:rPr>
          <w:b/>
          <w:bCs/>
          <w:sz w:val="40"/>
          <w:szCs w:val="40"/>
        </w:rPr>
        <w:lastRenderedPageBreak/>
        <w:t>บรรณานุกรม</w:t>
      </w:r>
    </w:p>
    <w:p w14:paraId="32D5BD5D" w14:textId="77777777" w:rsidR="00811695" w:rsidRDefault="00000000">
      <w:pPr>
        <w:tabs>
          <w:tab w:val="left" w:leader="dot" w:pos="9354"/>
        </w:tabs>
      </w:pPr>
      <w:r>
        <w:tab/>
      </w:r>
    </w:p>
    <w:p w14:paraId="4CCE5FAB" w14:textId="77777777" w:rsidR="00811695" w:rsidRDefault="00000000">
      <w:pPr>
        <w:tabs>
          <w:tab w:val="left" w:leader="dot" w:pos="9354"/>
        </w:tabs>
      </w:pPr>
      <w:r>
        <w:tab/>
      </w:r>
    </w:p>
    <w:p w14:paraId="2438F685" w14:textId="77777777" w:rsidR="00811695" w:rsidRDefault="00000000">
      <w:pPr>
        <w:tabs>
          <w:tab w:val="left" w:leader="dot" w:pos="9354"/>
        </w:tabs>
      </w:pPr>
      <w:r>
        <w:tab/>
      </w:r>
    </w:p>
    <w:p w14:paraId="38560629" w14:textId="77777777" w:rsidR="00811695" w:rsidRDefault="00000000">
      <w:pPr>
        <w:tabs>
          <w:tab w:val="left" w:leader="dot" w:pos="9354"/>
        </w:tabs>
      </w:pPr>
      <w:r>
        <w:tab/>
      </w:r>
    </w:p>
    <w:p w14:paraId="5737356D" w14:textId="77777777" w:rsidR="00811695" w:rsidRDefault="00000000">
      <w:pPr>
        <w:tabs>
          <w:tab w:val="left" w:leader="dot" w:pos="9354"/>
        </w:tabs>
      </w:pPr>
      <w:r>
        <w:tab/>
      </w:r>
    </w:p>
    <w:p w14:paraId="7C096AF7" w14:textId="77777777" w:rsidR="00811695" w:rsidRDefault="00000000">
      <w:pPr>
        <w:tabs>
          <w:tab w:val="left" w:leader="dot" w:pos="9354"/>
        </w:tabs>
      </w:pPr>
      <w:r>
        <w:tab/>
      </w:r>
    </w:p>
    <w:p w14:paraId="105973CE" w14:textId="77777777" w:rsidR="00811695" w:rsidRDefault="00000000">
      <w:pPr>
        <w:tabs>
          <w:tab w:val="left" w:leader="dot" w:pos="9354"/>
        </w:tabs>
      </w:pPr>
      <w:r>
        <w:tab/>
      </w:r>
    </w:p>
    <w:p w14:paraId="52BC52DE" w14:textId="77777777" w:rsidR="00811695" w:rsidRDefault="00000000">
      <w:pPr>
        <w:tabs>
          <w:tab w:val="left" w:leader="dot" w:pos="9354"/>
        </w:tabs>
      </w:pPr>
      <w:r>
        <w:tab/>
      </w:r>
    </w:p>
    <w:p w14:paraId="1DC3EEDC" w14:textId="77777777" w:rsidR="00811695" w:rsidRDefault="00000000">
      <w:pPr>
        <w:tabs>
          <w:tab w:val="left" w:leader="dot" w:pos="9354"/>
        </w:tabs>
      </w:pPr>
      <w:r>
        <w:tab/>
      </w:r>
    </w:p>
    <w:p w14:paraId="00AF2A18" w14:textId="77777777" w:rsidR="00811695" w:rsidRDefault="00000000">
      <w:pPr>
        <w:tabs>
          <w:tab w:val="left" w:leader="dot" w:pos="9354"/>
        </w:tabs>
      </w:pPr>
      <w:r>
        <w:tab/>
      </w:r>
    </w:p>
    <w:p w14:paraId="5AEE88B9" w14:textId="77777777" w:rsidR="00811695" w:rsidRDefault="00000000">
      <w:pPr>
        <w:spacing w:before="160"/>
      </w:pPr>
      <w:r>
        <w:rPr>
          <w:b/>
          <w:bCs/>
          <w:sz w:val="28"/>
          <w:szCs w:val="28"/>
          <w:u w:val="single"/>
        </w:rPr>
        <w:t>คำอธิบาย</w:t>
      </w:r>
      <w:r>
        <w:rPr>
          <w:b/>
          <w:bCs/>
          <w:sz w:val="28"/>
          <w:szCs w:val="28"/>
        </w:rPr>
        <w:t xml:space="preserve">  การเขียนบรรณานุกรม</w:t>
      </w:r>
    </w:p>
    <w:p w14:paraId="0C000F48" w14:textId="77777777" w:rsidR="00811695" w:rsidRDefault="00000000">
      <w:pPr>
        <w:ind w:left="454" w:hanging="283"/>
      </w:pPr>
      <w:r>
        <w:rPr>
          <w:sz w:val="28"/>
          <w:szCs w:val="28"/>
        </w:rPr>
        <w:t>1. เรียงตามลำดับตัวอักษร เอกสารภาษาไทยก่อนภาษาต่างประเทศ และเขียนตามรูปแบบที่วิทยาลัยกำหนด (เช่น APA)</w:t>
      </w:r>
    </w:p>
    <w:p w14:paraId="7956F593" w14:textId="77777777" w:rsidR="00811695" w:rsidRDefault="00811695">
      <w:pPr>
        <w:pageBreakBefore/>
        <w:spacing w:after="4000"/>
      </w:pPr>
    </w:p>
    <w:p w14:paraId="1817FFFE" w14:textId="77777777" w:rsidR="00811695" w:rsidRDefault="00000000">
      <w:pPr>
        <w:spacing w:after="240"/>
        <w:jc w:val="center"/>
      </w:pPr>
      <w:r>
        <w:rPr>
          <w:b/>
          <w:bCs/>
          <w:sz w:val="56"/>
          <w:szCs w:val="56"/>
        </w:rPr>
        <w:t>ภาคผนวก</w:t>
      </w:r>
    </w:p>
    <w:p w14:paraId="6BC462DA" w14:textId="77777777" w:rsidR="00811695" w:rsidRDefault="00000000">
      <w:pPr>
        <w:jc w:val="center"/>
      </w:pPr>
      <w:r>
        <w:t>(ปฏิทินการศึกษา / ตารางสอน / เอกสารอื่น ๆ ที่เกี่ยวข้อง)</w:t>
      </w:r>
    </w:p>
    <w:sectPr w:rsidR="00811695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9BA4B" w14:textId="77777777" w:rsidR="00E50487" w:rsidRDefault="00E50487">
      <w:r>
        <w:separator/>
      </w:r>
    </w:p>
  </w:endnote>
  <w:endnote w:type="continuationSeparator" w:id="0">
    <w:p w14:paraId="78612F9C" w14:textId="77777777" w:rsidR="00E50487" w:rsidRDefault="00E50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29A4" w14:textId="77777777" w:rsidR="00811695" w:rsidRDefault="00000000">
    <w:pPr>
      <w:pStyle w:val="Footer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</w:instrText>
    </w:r>
    <w:r w:rsidR="009E1783">
      <w:rPr>
        <w:sz w:val="28"/>
        <w:szCs w:val="28"/>
      </w:rPr>
      <w:fldChar w:fldCharType="separate"/>
    </w:r>
    <w:r w:rsidR="009E1783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D0813" w14:textId="77777777" w:rsidR="00E50487" w:rsidRDefault="00E50487">
      <w:r>
        <w:separator/>
      </w:r>
    </w:p>
  </w:footnote>
  <w:footnote w:type="continuationSeparator" w:id="0">
    <w:p w14:paraId="1EA3F85B" w14:textId="77777777" w:rsidR="00E50487" w:rsidRDefault="00E50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0743738">
    <w:abstractNumId w:val="8"/>
  </w:num>
  <w:num w:numId="2" w16cid:durableId="190806693">
    <w:abstractNumId w:val="6"/>
  </w:num>
  <w:num w:numId="3" w16cid:durableId="494029490">
    <w:abstractNumId w:val="5"/>
  </w:num>
  <w:num w:numId="4" w16cid:durableId="356934507">
    <w:abstractNumId w:val="4"/>
  </w:num>
  <w:num w:numId="5" w16cid:durableId="1172843308">
    <w:abstractNumId w:val="7"/>
  </w:num>
  <w:num w:numId="6" w16cid:durableId="747309741">
    <w:abstractNumId w:val="3"/>
  </w:num>
  <w:num w:numId="7" w16cid:durableId="326641395">
    <w:abstractNumId w:val="2"/>
  </w:num>
  <w:num w:numId="8" w16cid:durableId="1691104172">
    <w:abstractNumId w:val="1"/>
  </w:num>
  <w:num w:numId="9" w16cid:durableId="1389187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515C"/>
    <w:rsid w:val="00326F90"/>
    <w:rsid w:val="00811695"/>
    <w:rsid w:val="009E1783"/>
    <w:rsid w:val="00AA1D8D"/>
    <w:rsid w:val="00B47730"/>
    <w:rsid w:val="00CB0664"/>
    <w:rsid w:val="00E504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170D57"/>
  <w14:defaultImageDpi w14:val="300"/>
  <w15:docId w15:val="{B83FC3F8-0C8E-4812-8AA9-D42A954D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H SarabunPSK" w:eastAsia="TH SarabunPSK" w:hAnsi="TH SarabunPSK" w:cs="TH SarabunPSK"/>
      <w:sz w:val="32"/>
      <w:szCs w:val="32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แบบฟอร์มโครงการสอน</dc:title>
  <dc:subject/>
  <dc:creator>วิทยาลัยการอาชีพโพนทอง</dc:creator>
  <cp:keywords/>
  <dc:description>generated by python-docx</dc:description>
  <cp:lastModifiedBy>Administrator</cp:lastModifiedBy>
  <cp:revision>2</cp:revision>
  <dcterms:created xsi:type="dcterms:W3CDTF">2013-12-23T23:15:00Z</dcterms:created>
  <dcterms:modified xsi:type="dcterms:W3CDTF">2026-10-21T21:11:00Z</dcterms:modified>
  <cp:category/>
</cp:coreProperties>
</file>